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C8536" w14:textId="1AF611F6" w:rsidR="003F66BB" w:rsidRPr="0089263C" w:rsidRDefault="00CA2E7A" w:rsidP="00CA2E7A">
      <w:pPr>
        <w:rPr>
          <w:rFonts w:ascii="Montserrat" w:hAnsi="Montserrat"/>
          <w:color w:val="002060"/>
        </w:rPr>
      </w:pPr>
      <w:r w:rsidRPr="0089263C">
        <w:rPr>
          <w:rFonts w:ascii="Montserrat" w:hAnsi="Montserrat"/>
          <w:noProof/>
          <w:color w:val="002060"/>
        </w:rPr>
        <w:drawing>
          <wp:anchor distT="0" distB="0" distL="114300" distR="114300" simplePos="0" relativeHeight="251660288" behindDoc="1" locked="0" layoutInCell="1" allowOverlap="1" wp14:anchorId="3731CFC2" wp14:editId="62F77D6D">
            <wp:simplePos x="0" y="0"/>
            <wp:positionH relativeFrom="column">
              <wp:posOffset>965200</wp:posOffset>
            </wp:positionH>
            <wp:positionV relativeFrom="paragraph">
              <wp:posOffset>6350</wp:posOffset>
            </wp:positionV>
            <wp:extent cx="1828800" cy="840740"/>
            <wp:effectExtent l="0" t="0" r="0" b="0"/>
            <wp:wrapTight wrapText="bothSides">
              <wp:wrapPolygon edited="0">
                <wp:start x="0" y="0"/>
                <wp:lineTo x="0" y="21045"/>
                <wp:lineTo x="21375" y="21045"/>
                <wp:lineTo x="2137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E HRD Logo_TTS_Whit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840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9263C">
        <w:rPr>
          <w:rFonts w:ascii="Montserrat" w:hAnsi="Montserrat"/>
          <w:noProof/>
          <w:color w:val="002060"/>
        </w:rPr>
        <w:drawing>
          <wp:inline distT="0" distB="0" distL="0" distR="0" wp14:anchorId="0F23117B" wp14:editId="1189E770">
            <wp:extent cx="2117471" cy="869315"/>
            <wp:effectExtent l="0" t="0" r="0" b="6985"/>
            <wp:docPr id="1858099457" name="Picture 2" descr="Greenwood Village Sout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099457" name="Picture 2" descr="Greenwood Village South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57169" cy="885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D2A7E" w14:textId="77777777" w:rsidR="0089263C" w:rsidRPr="0089263C" w:rsidRDefault="0089263C" w:rsidP="0089263C">
      <w:pPr>
        <w:jc w:val="center"/>
        <w:rPr>
          <w:rFonts w:ascii="Montserrat" w:hAnsi="Montserrat"/>
          <w:b/>
          <w:bCs/>
          <w:color w:val="002060"/>
          <w:sz w:val="32"/>
          <w:szCs w:val="32"/>
        </w:rPr>
      </w:pPr>
      <w:r w:rsidRPr="0089263C">
        <w:rPr>
          <w:rFonts w:ascii="Montserrat" w:hAnsi="Montserrat"/>
          <w:b/>
          <w:bCs/>
          <w:color w:val="002060"/>
          <w:sz w:val="32"/>
          <w:szCs w:val="32"/>
        </w:rPr>
        <w:t>Creating Problem-Solving Minds</w:t>
      </w:r>
    </w:p>
    <w:p w14:paraId="037D3C05" w14:textId="77777777" w:rsidR="0089263C" w:rsidRPr="0089263C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9263C">
        <w:rPr>
          <w:rFonts w:ascii="Montserrat" w:hAnsi="Montserrat"/>
          <w:color w:val="002060"/>
          <w:sz w:val="24"/>
          <w:szCs w:val="24"/>
        </w:rPr>
        <w:t>Think of a recent situation where someone brought you a problem and you immediately knew what they should do.</w:t>
      </w:r>
    </w:p>
    <w:p w14:paraId="79CFDCC8" w14:textId="1074D6E9" w:rsidR="0089263C" w:rsidRPr="0089263C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9263C">
        <w:rPr>
          <w:rFonts w:ascii="Montserrat" w:hAnsi="Montserrat"/>
          <w:color w:val="002060"/>
          <w:sz w:val="24"/>
          <w:szCs w:val="24"/>
        </w:rPr>
        <w:t>What was the problem?</w:t>
      </w:r>
      <w:r>
        <w:rPr>
          <w:rFonts w:ascii="Montserrat" w:hAnsi="Montserrat"/>
          <w:color w:val="002060"/>
          <w:sz w:val="24"/>
          <w:szCs w:val="24"/>
        </w:rPr>
        <w:t xml:space="preserve"> </w:t>
      </w:r>
      <w:r w:rsidRPr="0089263C">
        <w:rPr>
          <w:rFonts w:ascii="Montserrat" w:hAnsi="Montserrat"/>
          <w:color w:val="002060"/>
          <w:sz w:val="24"/>
          <w:szCs w:val="24"/>
        </w:rPr>
        <w:t>____________________________________________</w:t>
      </w:r>
      <w:r>
        <w:rPr>
          <w:rFonts w:ascii="Montserrat" w:hAnsi="Montserrat"/>
          <w:color w:val="002060"/>
          <w:sz w:val="24"/>
          <w:szCs w:val="24"/>
        </w:rPr>
        <w:t>_______________</w:t>
      </w:r>
    </w:p>
    <w:p w14:paraId="63184EBE" w14:textId="2E1E0251" w:rsidR="0089263C" w:rsidRPr="0089263C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9263C">
        <w:rPr>
          <w:rFonts w:ascii="Montserrat" w:hAnsi="Montserrat"/>
          <w:color w:val="002060"/>
          <w:sz w:val="24"/>
          <w:szCs w:val="24"/>
        </w:rPr>
        <w:t>What did you do?</w:t>
      </w:r>
      <w:r>
        <w:rPr>
          <w:rFonts w:ascii="Montserrat" w:hAnsi="Montserrat"/>
          <w:color w:val="002060"/>
          <w:sz w:val="24"/>
          <w:szCs w:val="24"/>
        </w:rPr>
        <w:t xml:space="preserve"> </w:t>
      </w:r>
      <w:r w:rsidRPr="0089263C">
        <w:rPr>
          <w:rFonts w:ascii="Montserrat" w:hAnsi="Montserrat"/>
          <w:color w:val="002060"/>
          <w:sz w:val="24"/>
          <w:szCs w:val="24"/>
        </w:rPr>
        <w:t>____________________________________________</w:t>
      </w:r>
      <w:r>
        <w:rPr>
          <w:rFonts w:ascii="Montserrat" w:hAnsi="Montserrat"/>
          <w:color w:val="002060"/>
          <w:sz w:val="24"/>
          <w:szCs w:val="24"/>
        </w:rPr>
        <w:t>_____________________</w:t>
      </w:r>
    </w:p>
    <w:p w14:paraId="6F7BE172" w14:textId="10948197" w:rsidR="0089263C" w:rsidRPr="0089263C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9263C">
        <w:rPr>
          <w:rFonts w:ascii="Montserrat" w:hAnsi="Montserrat"/>
          <w:color w:val="002060"/>
          <w:sz w:val="24"/>
          <w:szCs w:val="24"/>
        </w:rPr>
        <w:t>What happened next?</w:t>
      </w:r>
      <w:r>
        <w:rPr>
          <w:rFonts w:ascii="Montserrat" w:hAnsi="Montserrat"/>
          <w:color w:val="002060"/>
          <w:sz w:val="24"/>
          <w:szCs w:val="24"/>
        </w:rPr>
        <w:t xml:space="preserve"> </w:t>
      </w:r>
      <w:r w:rsidRPr="0089263C">
        <w:rPr>
          <w:rFonts w:ascii="Montserrat" w:hAnsi="Montserrat"/>
          <w:color w:val="002060"/>
          <w:sz w:val="24"/>
          <w:szCs w:val="24"/>
        </w:rPr>
        <w:t>___________________________________________</w:t>
      </w:r>
      <w:r>
        <w:rPr>
          <w:rFonts w:ascii="Montserrat" w:hAnsi="Montserrat"/>
          <w:color w:val="002060"/>
          <w:sz w:val="24"/>
          <w:szCs w:val="24"/>
        </w:rPr>
        <w:t>________________</w:t>
      </w:r>
      <w:r w:rsidRPr="0089263C">
        <w:rPr>
          <w:rFonts w:ascii="Montserrat" w:hAnsi="Montserrat"/>
          <w:color w:val="002060"/>
          <w:sz w:val="24"/>
          <w:szCs w:val="24"/>
        </w:rPr>
        <w:t>_</w:t>
      </w:r>
    </w:p>
    <w:p w14:paraId="45914B9A" w14:textId="2C3C3FF2" w:rsidR="0089263C" w:rsidRPr="0089263C" w:rsidRDefault="0089263C" w:rsidP="0089263C">
      <w:pPr>
        <w:rPr>
          <w:rFonts w:ascii="Montserrat" w:hAnsi="Montserrat"/>
          <w:b/>
          <w:bCs/>
          <w:color w:val="002060"/>
          <w:sz w:val="28"/>
          <w:szCs w:val="28"/>
        </w:rPr>
      </w:pPr>
      <w:r w:rsidRPr="0089263C">
        <w:rPr>
          <w:rFonts w:ascii="Montserrat" w:hAnsi="Montserrat"/>
          <w:b/>
          <w:bCs/>
          <w:color w:val="002060"/>
          <w:sz w:val="28"/>
          <w:szCs w:val="28"/>
        </w:rPr>
        <w:t>Which Helpful Leader Trap do you fall into most often?</w:t>
      </w:r>
    </w:p>
    <w:p w14:paraId="22F6026C" w14:textId="77777777" w:rsidR="0089263C" w:rsidRPr="0089263C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9263C">
        <w:rPr>
          <w:rFonts w:ascii="Segoe UI Symbol" w:hAnsi="Segoe UI Symbol" w:cs="Segoe UI Symbol"/>
          <w:color w:val="002060"/>
          <w:sz w:val="24"/>
          <w:szCs w:val="24"/>
        </w:rPr>
        <w:t>☐</w:t>
      </w:r>
      <w:r w:rsidRPr="0089263C">
        <w:rPr>
          <w:rFonts w:ascii="Montserrat" w:hAnsi="Montserrat"/>
          <w:color w:val="002060"/>
          <w:sz w:val="24"/>
          <w:szCs w:val="24"/>
        </w:rPr>
        <w:t xml:space="preserve"> I'll just handle it quickly.</w:t>
      </w:r>
    </w:p>
    <w:p w14:paraId="52C79E35" w14:textId="77777777" w:rsidR="0089263C" w:rsidRPr="0089263C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9263C">
        <w:rPr>
          <w:rFonts w:ascii="Segoe UI Symbol" w:hAnsi="Segoe UI Symbol" w:cs="Segoe UI Symbol"/>
          <w:color w:val="002060"/>
          <w:sz w:val="24"/>
          <w:szCs w:val="24"/>
        </w:rPr>
        <w:t>☐</w:t>
      </w:r>
      <w:r w:rsidRPr="0089263C">
        <w:rPr>
          <w:rFonts w:ascii="Montserrat" w:hAnsi="Montserrat"/>
          <w:color w:val="002060"/>
          <w:sz w:val="24"/>
          <w:szCs w:val="24"/>
        </w:rPr>
        <w:t xml:space="preserve"> I'll just give them the answer.</w:t>
      </w:r>
    </w:p>
    <w:p w14:paraId="4F0D4134" w14:textId="77777777" w:rsidR="0089263C" w:rsidRPr="0089263C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9263C">
        <w:rPr>
          <w:rFonts w:ascii="Segoe UI Symbol" w:hAnsi="Segoe UI Symbol" w:cs="Segoe UI Symbol"/>
          <w:color w:val="002060"/>
          <w:sz w:val="24"/>
          <w:szCs w:val="24"/>
        </w:rPr>
        <w:t>☐</w:t>
      </w:r>
      <w:r w:rsidRPr="0089263C">
        <w:rPr>
          <w:rFonts w:ascii="Montserrat" w:hAnsi="Montserrat"/>
          <w:color w:val="002060"/>
          <w:sz w:val="24"/>
          <w:szCs w:val="24"/>
        </w:rPr>
        <w:t xml:space="preserve"> I'll jump in before mistakes happen.</w:t>
      </w:r>
    </w:p>
    <w:p w14:paraId="4A8B3B96" w14:textId="77777777" w:rsidR="0089263C" w:rsidRPr="0089263C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9263C">
        <w:rPr>
          <w:rFonts w:ascii="Segoe UI Symbol" w:hAnsi="Segoe UI Symbol" w:cs="Segoe UI Symbol"/>
          <w:color w:val="002060"/>
          <w:sz w:val="24"/>
          <w:szCs w:val="24"/>
        </w:rPr>
        <w:t>☐</w:t>
      </w:r>
      <w:r w:rsidRPr="0089263C">
        <w:rPr>
          <w:rFonts w:ascii="Montserrat" w:hAnsi="Montserrat"/>
          <w:color w:val="002060"/>
          <w:sz w:val="24"/>
          <w:szCs w:val="24"/>
        </w:rPr>
        <w:t xml:space="preserve"> I'll always be available.</w:t>
      </w:r>
    </w:p>
    <w:p w14:paraId="0BA94CAB" w14:textId="77777777" w:rsidR="0089263C" w:rsidRPr="0089263C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9263C">
        <w:rPr>
          <w:rFonts w:ascii="Montserrat" w:hAnsi="Montserrat"/>
          <w:color w:val="002060"/>
          <w:sz w:val="24"/>
          <w:szCs w:val="24"/>
        </w:rPr>
        <w:t>What impact might this be having on your team?</w:t>
      </w:r>
    </w:p>
    <w:p w14:paraId="00D2391D" w14:textId="07717A44" w:rsidR="0089263C" w:rsidRPr="0089263C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9263C">
        <w:rPr>
          <w:rFonts w:ascii="Montserrat" w:hAnsi="Montserrat"/>
          <w:color w:val="002060"/>
          <w:sz w:val="24"/>
          <w:szCs w:val="24"/>
        </w:rPr>
        <w:t>____________________________________________</w:t>
      </w:r>
      <w:r>
        <w:rPr>
          <w:rFonts w:ascii="Montserrat" w:hAnsi="Montserrat"/>
          <w:color w:val="002060"/>
          <w:sz w:val="24"/>
          <w:szCs w:val="24"/>
        </w:rPr>
        <w:t>________________________________________</w:t>
      </w:r>
    </w:p>
    <w:p w14:paraId="1BE5B4E0" w14:textId="77777777" w:rsidR="0089263C" w:rsidRPr="0089263C" w:rsidRDefault="0089263C" w:rsidP="0089263C">
      <w:pPr>
        <w:rPr>
          <w:rFonts w:ascii="Montserrat" w:hAnsi="Montserrat"/>
          <w:color w:val="002060"/>
          <w:sz w:val="32"/>
          <w:szCs w:val="32"/>
        </w:rPr>
      </w:pPr>
    </w:p>
    <w:p w14:paraId="5658B6B6" w14:textId="77777777" w:rsidR="0089263C" w:rsidRPr="0089263C" w:rsidRDefault="0089263C" w:rsidP="0089263C">
      <w:pPr>
        <w:rPr>
          <w:rFonts w:ascii="Montserrat" w:hAnsi="Montserrat"/>
          <w:b/>
          <w:bCs/>
          <w:color w:val="002060"/>
          <w:sz w:val="32"/>
          <w:szCs w:val="32"/>
        </w:rPr>
      </w:pPr>
      <w:r w:rsidRPr="0089263C">
        <w:rPr>
          <w:rFonts w:ascii="Montserrat" w:hAnsi="Montserrat"/>
          <w:b/>
          <w:bCs/>
          <w:color w:val="002060"/>
          <w:sz w:val="32"/>
          <w:szCs w:val="32"/>
        </w:rPr>
        <w:t>Activity: Rescue or Build?</w:t>
      </w:r>
    </w:p>
    <w:p w14:paraId="24665872" w14:textId="77777777" w:rsidR="0089263C" w:rsidRPr="0089263C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9263C">
        <w:rPr>
          <w:rFonts w:ascii="Montserrat" w:hAnsi="Montserrat"/>
          <w:color w:val="002060"/>
          <w:sz w:val="24"/>
          <w:szCs w:val="24"/>
        </w:rPr>
        <w:t>For each scenario, decide whether you would primarily Rescue, Build, or Both.</w:t>
      </w:r>
    </w:p>
    <w:p w14:paraId="2EE0BB86" w14:textId="77777777" w:rsidR="0089263C" w:rsidRPr="0089263C" w:rsidRDefault="0089263C" w:rsidP="0089263C">
      <w:pPr>
        <w:rPr>
          <w:rFonts w:ascii="Montserrat" w:hAnsi="Montserrat"/>
          <w:b/>
          <w:bCs/>
          <w:color w:val="002060"/>
          <w:sz w:val="24"/>
          <w:szCs w:val="24"/>
        </w:rPr>
      </w:pPr>
      <w:r w:rsidRPr="0089263C">
        <w:rPr>
          <w:rFonts w:ascii="Montserrat" w:hAnsi="Montserrat"/>
          <w:b/>
          <w:bCs/>
          <w:color w:val="002060"/>
          <w:sz w:val="24"/>
          <w:szCs w:val="24"/>
        </w:rPr>
        <w:t>Scenario 1:</w:t>
      </w:r>
    </w:p>
    <w:p w14:paraId="7E86CE01" w14:textId="3A93D9CC" w:rsidR="0089263C" w:rsidRPr="0089263C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9263C">
        <w:rPr>
          <w:rFonts w:ascii="Montserrat" w:hAnsi="Montserrat"/>
          <w:color w:val="002060"/>
          <w:sz w:val="24"/>
          <w:szCs w:val="24"/>
        </w:rPr>
        <w:t>A resident's family member is angry and waiting for a response. Your employee doesn't know what to say.</w:t>
      </w:r>
      <w:r>
        <w:rPr>
          <w:rFonts w:ascii="Montserrat" w:hAnsi="Montserrat"/>
          <w:color w:val="002060"/>
          <w:sz w:val="24"/>
          <w:szCs w:val="24"/>
        </w:rPr>
        <w:t xml:space="preserve"> _________________________________________________________</w:t>
      </w:r>
    </w:p>
    <w:p w14:paraId="738F0C01" w14:textId="77777777" w:rsidR="0089263C" w:rsidRPr="0089263C" w:rsidRDefault="0089263C" w:rsidP="0089263C">
      <w:pPr>
        <w:rPr>
          <w:rFonts w:ascii="Montserrat" w:hAnsi="Montserrat"/>
          <w:b/>
          <w:bCs/>
          <w:color w:val="002060"/>
          <w:sz w:val="24"/>
          <w:szCs w:val="24"/>
        </w:rPr>
      </w:pPr>
      <w:r w:rsidRPr="0089263C">
        <w:rPr>
          <w:rFonts w:ascii="Montserrat" w:hAnsi="Montserrat"/>
          <w:b/>
          <w:bCs/>
          <w:color w:val="002060"/>
          <w:sz w:val="24"/>
          <w:szCs w:val="24"/>
        </w:rPr>
        <w:t>Scenario 2:</w:t>
      </w:r>
    </w:p>
    <w:p w14:paraId="51CC7D18" w14:textId="45244B4E" w:rsidR="0089263C" w:rsidRPr="0089263C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9263C">
        <w:rPr>
          <w:rFonts w:ascii="Montserrat" w:hAnsi="Montserrat"/>
          <w:color w:val="002060"/>
          <w:sz w:val="24"/>
          <w:szCs w:val="24"/>
        </w:rPr>
        <w:lastRenderedPageBreak/>
        <w:t>An employee says: "Can you just tell me how you want me to handle scheduling conflicts?" (for the fifth time.)</w:t>
      </w:r>
      <w:r>
        <w:rPr>
          <w:rFonts w:ascii="Montserrat" w:hAnsi="Montserrat"/>
          <w:color w:val="002060"/>
          <w:sz w:val="24"/>
          <w:szCs w:val="24"/>
        </w:rPr>
        <w:t xml:space="preserve"> ______________________________________________________</w:t>
      </w:r>
    </w:p>
    <w:p w14:paraId="58ECAB71" w14:textId="77777777" w:rsidR="0089263C" w:rsidRPr="0089263C" w:rsidRDefault="0089263C" w:rsidP="0089263C">
      <w:pPr>
        <w:rPr>
          <w:rFonts w:ascii="Montserrat" w:hAnsi="Montserrat"/>
          <w:b/>
          <w:bCs/>
          <w:color w:val="002060"/>
          <w:sz w:val="24"/>
          <w:szCs w:val="24"/>
        </w:rPr>
      </w:pPr>
      <w:r w:rsidRPr="0089263C">
        <w:rPr>
          <w:rFonts w:ascii="Montserrat" w:hAnsi="Montserrat"/>
          <w:b/>
          <w:bCs/>
          <w:color w:val="002060"/>
          <w:sz w:val="24"/>
          <w:szCs w:val="24"/>
        </w:rPr>
        <w:t>Scenario 3:</w:t>
      </w:r>
    </w:p>
    <w:p w14:paraId="0A7A056A" w14:textId="5D3BFF51" w:rsidR="0089263C" w:rsidRPr="0089263C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9263C">
        <w:rPr>
          <w:rFonts w:ascii="Montserrat" w:hAnsi="Montserrat"/>
          <w:color w:val="002060"/>
          <w:sz w:val="24"/>
          <w:szCs w:val="24"/>
        </w:rPr>
        <w:t>Two departments are blaming each other for a recurring communication breakdown.</w:t>
      </w:r>
      <w:r>
        <w:rPr>
          <w:rFonts w:ascii="Montserrat" w:hAnsi="Montserrat"/>
          <w:color w:val="002060"/>
          <w:sz w:val="24"/>
          <w:szCs w:val="24"/>
        </w:rPr>
        <w:t xml:space="preserve"> _______________________________________________________________________</w:t>
      </w:r>
    </w:p>
    <w:p w14:paraId="3F39EBD0" w14:textId="77777777" w:rsidR="0089263C" w:rsidRPr="0089263C" w:rsidRDefault="0089263C" w:rsidP="0089263C">
      <w:pPr>
        <w:rPr>
          <w:rFonts w:ascii="Montserrat" w:hAnsi="Montserrat"/>
          <w:b/>
          <w:bCs/>
          <w:color w:val="002060"/>
          <w:sz w:val="24"/>
          <w:szCs w:val="24"/>
        </w:rPr>
      </w:pPr>
      <w:r w:rsidRPr="0089263C">
        <w:rPr>
          <w:rFonts w:ascii="Montserrat" w:hAnsi="Montserrat"/>
          <w:b/>
          <w:bCs/>
          <w:color w:val="002060"/>
          <w:sz w:val="24"/>
          <w:szCs w:val="24"/>
        </w:rPr>
        <w:t>Scenario 4:</w:t>
      </w:r>
    </w:p>
    <w:p w14:paraId="2C1852F2" w14:textId="77777777" w:rsidR="0089263C" w:rsidRPr="0089263C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9263C">
        <w:rPr>
          <w:rFonts w:ascii="Montserrat" w:hAnsi="Montserrat"/>
          <w:color w:val="002060"/>
          <w:sz w:val="24"/>
          <w:szCs w:val="24"/>
        </w:rPr>
        <w:t>A newer employee asks how to complete a process they have never done before.</w:t>
      </w:r>
    </w:p>
    <w:p w14:paraId="3C32D339" w14:textId="1E28DCB9" w:rsidR="0089263C" w:rsidRPr="0089263C" w:rsidRDefault="0089263C" w:rsidP="0089263C">
      <w:pPr>
        <w:rPr>
          <w:rFonts w:ascii="Montserrat" w:hAnsi="Montserrat"/>
          <w:color w:val="002060"/>
          <w:sz w:val="32"/>
          <w:szCs w:val="32"/>
        </w:rPr>
      </w:pPr>
      <w:r>
        <w:rPr>
          <w:rFonts w:ascii="Montserrat" w:hAnsi="Montserrat"/>
          <w:color w:val="002060"/>
          <w:sz w:val="32"/>
          <w:szCs w:val="32"/>
        </w:rPr>
        <w:t>______________________________________________________________</w:t>
      </w:r>
    </w:p>
    <w:p w14:paraId="04DE0C39" w14:textId="77777777" w:rsidR="0089263C" w:rsidRPr="0089263C" w:rsidRDefault="0089263C" w:rsidP="0089263C">
      <w:pPr>
        <w:rPr>
          <w:rFonts w:ascii="Montserrat" w:hAnsi="Montserrat"/>
          <w:b/>
          <w:bCs/>
          <w:color w:val="002060"/>
          <w:sz w:val="28"/>
          <w:szCs w:val="28"/>
        </w:rPr>
      </w:pPr>
      <w:r w:rsidRPr="0089263C">
        <w:rPr>
          <w:rFonts w:ascii="Montserrat" w:hAnsi="Montserrat"/>
          <w:b/>
          <w:bCs/>
          <w:color w:val="002060"/>
          <w:sz w:val="28"/>
          <w:szCs w:val="28"/>
        </w:rPr>
        <w:t>Debrief Notes:</w:t>
      </w:r>
    </w:p>
    <w:p w14:paraId="5587AA5E" w14:textId="77777777" w:rsidR="0089263C" w:rsidRPr="0089263C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9263C">
        <w:rPr>
          <w:rFonts w:ascii="Montserrat" w:hAnsi="Montserrat"/>
          <w:color w:val="002060"/>
          <w:sz w:val="24"/>
          <w:szCs w:val="24"/>
        </w:rPr>
        <w:t>What factors help determine whether you step in or build thinking?</w:t>
      </w:r>
    </w:p>
    <w:p w14:paraId="199BA729" w14:textId="21120B7C" w:rsidR="0089263C" w:rsidRPr="0089263C" w:rsidRDefault="0089263C" w:rsidP="0089263C">
      <w:pPr>
        <w:rPr>
          <w:rFonts w:ascii="Montserrat" w:hAnsi="Montserrat"/>
          <w:color w:val="002060"/>
          <w:sz w:val="32"/>
          <w:szCs w:val="32"/>
        </w:rPr>
      </w:pPr>
      <w:r w:rsidRPr="0089263C">
        <w:rPr>
          <w:rFonts w:ascii="Montserrat" w:hAnsi="Montserrat"/>
          <w:color w:val="002060"/>
          <w:sz w:val="32"/>
          <w:szCs w:val="32"/>
        </w:rPr>
        <w:t>___________________________________________</w:t>
      </w:r>
      <w:r>
        <w:rPr>
          <w:rFonts w:ascii="Montserrat" w:hAnsi="Montserrat"/>
          <w:color w:val="002060"/>
          <w:sz w:val="32"/>
          <w:szCs w:val="32"/>
        </w:rPr>
        <w:t>__________________________________________________________________________________</w:t>
      </w:r>
      <w:r w:rsidRPr="0089263C">
        <w:rPr>
          <w:rFonts w:ascii="Montserrat" w:hAnsi="Montserrat"/>
          <w:color w:val="002060"/>
          <w:sz w:val="32"/>
          <w:szCs w:val="32"/>
        </w:rPr>
        <w:t>_</w:t>
      </w:r>
    </w:p>
    <w:p w14:paraId="2F2993DE" w14:textId="77777777" w:rsidR="00237F0F" w:rsidRPr="00237F0F" w:rsidRDefault="00237F0F" w:rsidP="00237F0F">
      <w:pPr>
        <w:rPr>
          <w:rFonts w:ascii="Montserrat" w:hAnsi="Montserrat"/>
          <w:b/>
          <w:bCs/>
          <w:color w:val="002060"/>
          <w:sz w:val="32"/>
          <w:szCs w:val="32"/>
        </w:rPr>
      </w:pPr>
      <w:r w:rsidRPr="00237F0F">
        <w:rPr>
          <w:rFonts w:ascii="Montserrat" w:hAnsi="Montserrat"/>
          <w:b/>
          <w:bCs/>
          <w:color w:val="002060"/>
          <w:sz w:val="32"/>
          <w:szCs w:val="32"/>
        </w:rPr>
        <w:t>Why We Jump to Answers</w:t>
      </w:r>
    </w:p>
    <w:p w14:paraId="560478CC" w14:textId="77777777" w:rsidR="00237F0F" w:rsidRPr="00237F0F" w:rsidRDefault="00237F0F" w:rsidP="00237F0F">
      <w:pPr>
        <w:rPr>
          <w:rFonts w:ascii="Montserrat" w:hAnsi="Montserrat"/>
          <w:color w:val="002060"/>
          <w:sz w:val="24"/>
          <w:szCs w:val="24"/>
        </w:rPr>
      </w:pPr>
      <w:r w:rsidRPr="00237F0F">
        <w:rPr>
          <w:rFonts w:ascii="Montserrat" w:hAnsi="Montserrat"/>
          <w:color w:val="002060"/>
          <w:sz w:val="24"/>
          <w:szCs w:val="24"/>
        </w:rPr>
        <w:t>Our brains are designed to:</w:t>
      </w:r>
    </w:p>
    <w:p w14:paraId="4E12437C" w14:textId="77777777" w:rsidR="00237F0F" w:rsidRPr="00237F0F" w:rsidRDefault="00237F0F" w:rsidP="00237F0F">
      <w:pPr>
        <w:rPr>
          <w:rFonts w:ascii="Montserrat" w:hAnsi="Montserrat"/>
          <w:color w:val="002060"/>
          <w:sz w:val="24"/>
          <w:szCs w:val="24"/>
        </w:rPr>
      </w:pPr>
      <w:r w:rsidRPr="00237F0F">
        <w:rPr>
          <w:rFonts w:ascii="Segoe UI Symbol" w:hAnsi="Segoe UI Symbol" w:cs="Segoe UI Symbol"/>
          <w:color w:val="002060"/>
          <w:sz w:val="24"/>
          <w:szCs w:val="24"/>
        </w:rPr>
        <w:t>☐</w:t>
      </w:r>
      <w:r w:rsidRPr="00237F0F">
        <w:rPr>
          <w:rFonts w:ascii="Montserrat" w:hAnsi="Montserrat"/>
          <w:color w:val="002060"/>
          <w:sz w:val="24"/>
          <w:szCs w:val="24"/>
        </w:rPr>
        <w:t xml:space="preserve"> Recognize patterns</w:t>
      </w:r>
    </w:p>
    <w:p w14:paraId="67FA21C2" w14:textId="77777777" w:rsidR="00237F0F" w:rsidRPr="00237F0F" w:rsidRDefault="00237F0F" w:rsidP="00237F0F">
      <w:pPr>
        <w:rPr>
          <w:rFonts w:ascii="Montserrat" w:hAnsi="Montserrat"/>
          <w:color w:val="002060"/>
          <w:sz w:val="24"/>
          <w:szCs w:val="24"/>
        </w:rPr>
      </w:pPr>
      <w:r w:rsidRPr="00237F0F">
        <w:rPr>
          <w:rFonts w:ascii="Segoe UI Symbol" w:hAnsi="Segoe UI Symbol" w:cs="Segoe UI Symbol"/>
          <w:color w:val="002060"/>
          <w:sz w:val="24"/>
          <w:szCs w:val="24"/>
        </w:rPr>
        <w:t>☐</w:t>
      </w:r>
      <w:r w:rsidRPr="00237F0F">
        <w:rPr>
          <w:rFonts w:ascii="Montserrat" w:hAnsi="Montserrat"/>
          <w:color w:val="002060"/>
          <w:sz w:val="24"/>
          <w:szCs w:val="24"/>
        </w:rPr>
        <w:t xml:space="preserve"> Generate solutions</w:t>
      </w:r>
    </w:p>
    <w:p w14:paraId="2488FBA3" w14:textId="77777777" w:rsidR="00237F0F" w:rsidRPr="00237F0F" w:rsidRDefault="00237F0F" w:rsidP="00237F0F">
      <w:pPr>
        <w:rPr>
          <w:rFonts w:ascii="Montserrat" w:hAnsi="Montserrat"/>
          <w:color w:val="002060"/>
          <w:sz w:val="24"/>
          <w:szCs w:val="24"/>
        </w:rPr>
      </w:pPr>
      <w:r w:rsidRPr="00237F0F">
        <w:rPr>
          <w:rFonts w:ascii="Segoe UI Symbol" w:hAnsi="Segoe UI Symbol" w:cs="Segoe UI Symbol"/>
          <w:color w:val="002060"/>
          <w:sz w:val="24"/>
          <w:szCs w:val="24"/>
        </w:rPr>
        <w:t>☐</w:t>
      </w:r>
      <w:r w:rsidRPr="00237F0F">
        <w:rPr>
          <w:rFonts w:ascii="Montserrat" w:hAnsi="Montserrat"/>
          <w:color w:val="002060"/>
          <w:sz w:val="24"/>
          <w:szCs w:val="24"/>
        </w:rPr>
        <w:t xml:space="preserve"> Reduce uncertainty</w:t>
      </w:r>
    </w:p>
    <w:p w14:paraId="10D87B20" w14:textId="77777777" w:rsidR="00237F0F" w:rsidRPr="00237F0F" w:rsidRDefault="00237F0F" w:rsidP="00237F0F">
      <w:pPr>
        <w:rPr>
          <w:rFonts w:ascii="Montserrat" w:hAnsi="Montserrat"/>
          <w:color w:val="002060"/>
          <w:sz w:val="24"/>
          <w:szCs w:val="24"/>
        </w:rPr>
      </w:pPr>
      <w:r w:rsidRPr="00237F0F">
        <w:rPr>
          <w:rFonts w:ascii="Segoe UI Symbol" w:hAnsi="Segoe UI Symbol" w:cs="Segoe UI Symbol"/>
          <w:color w:val="002060"/>
          <w:sz w:val="24"/>
          <w:szCs w:val="24"/>
        </w:rPr>
        <w:t>☐</w:t>
      </w:r>
      <w:r w:rsidRPr="00237F0F">
        <w:rPr>
          <w:rFonts w:ascii="Montserrat" w:hAnsi="Montserrat"/>
          <w:color w:val="002060"/>
          <w:sz w:val="24"/>
          <w:szCs w:val="24"/>
        </w:rPr>
        <w:t xml:space="preserve"> Close the gap between "I don't know" and "I know"</w:t>
      </w:r>
    </w:p>
    <w:p w14:paraId="5B63A93C" w14:textId="77777777" w:rsidR="00237F0F" w:rsidRPr="00237F0F" w:rsidRDefault="00237F0F" w:rsidP="00237F0F">
      <w:pPr>
        <w:rPr>
          <w:rFonts w:ascii="Montserrat" w:hAnsi="Montserrat"/>
          <w:color w:val="002060"/>
          <w:sz w:val="28"/>
          <w:szCs w:val="28"/>
        </w:rPr>
      </w:pPr>
      <w:r w:rsidRPr="00237F0F">
        <w:rPr>
          <w:rFonts w:ascii="Montserrat" w:hAnsi="Montserrat"/>
          <w:color w:val="002060"/>
          <w:sz w:val="28"/>
          <w:szCs w:val="28"/>
        </w:rPr>
        <w:t>Notes</w:t>
      </w:r>
    </w:p>
    <w:p w14:paraId="14C8ACFC" w14:textId="77777777" w:rsidR="00237F0F" w:rsidRPr="0089263C" w:rsidRDefault="00237F0F" w:rsidP="00237F0F">
      <w:pPr>
        <w:rPr>
          <w:rFonts w:ascii="Montserrat" w:hAnsi="Montserrat"/>
          <w:color w:val="002060"/>
          <w:sz w:val="32"/>
          <w:szCs w:val="32"/>
        </w:rPr>
      </w:pPr>
      <w:r w:rsidRPr="0089263C">
        <w:rPr>
          <w:rFonts w:ascii="Montserrat" w:hAnsi="Montserrat"/>
          <w:color w:val="002060"/>
          <w:sz w:val="32"/>
          <w:szCs w:val="32"/>
        </w:rPr>
        <w:t>___________________________________________</w:t>
      </w:r>
      <w:r>
        <w:rPr>
          <w:rFonts w:ascii="Montserrat" w:hAnsi="Montserrat"/>
          <w:color w:val="002060"/>
          <w:sz w:val="32"/>
          <w:szCs w:val="32"/>
        </w:rPr>
        <w:t>__________________________________________________________________________________</w:t>
      </w:r>
      <w:r w:rsidRPr="0089263C">
        <w:rPr>
          <w:rFonts w:ascii="Montserrat" w:hAnsi="Montserrat"/>
          <w:color w:val="002060"/>
          <w:sz w:val="32"/>
          <w:szCs w:val="32"/>
        </w:rPr>
        <w:t>_</w:t>
      </w:r>
    </w:p>
    <w:p w14:paraId="71A0EB01" w14:textId="77777777" w:rsidR="00237F0F" w:rsidRPr="0089263C" w:rsidRDefault="00237F0F" w:rsidP="00237F0F">
      <w:pPr>
        <w:rPr>
          <w:rFonts w:ascii="Montserrat" w:hAnsi="Montserrat"/>
          <w:color w:val="002060"/>
          <w:sz w:val="32"/>
          <w:szCs w:val="32"/>
        </w:rPr>
      </w:pPr>
      <w:r w:rsidRPr="0089263C">
        <w:rPr>
          <w:rFonts w:ascii="Montserrat" w:hAnsi="Montserrat"/>
          <w:color w:val="002060"/>
          <w:sz w:val="32"/>
          <w:szCs w:val="32"/>
        </w:rPr>
        <w:t>___________________________________________</w:t>
      </w:r>
      <w:r>
        <w:rPr>
          <w:rFonts w:ascii="Montserrat" w:hAnsi="Montserrat"/>
          <w:color w:val="002060"/>
          <w:sz w:val="32"/>
          <w:szCs w:val="32"/>
        </w:rPr>
        <w:t>__________________________________________________________________________________</w:t>
      </w:r>
      <w:r w:rsidRPr="0089263C">
        <w:rPr>
          <w:rFonts w:ascii="Montserrat" w:hAnsi="Montserrat"/>
          <w:color w:val="002060"/>
          <w:sz w:val="32"/>
          <w:szCs w:val="32"/>
        </w:rPr>
        <w:t>_</w:t>
      </w:r>
    </w:p>
    <w:p w14:paraId="2AFF0752" w14:textId="77777777" w:rsidR="00237F0F" w:rsidRPr="00237F0F" w:rsidRDefault="00237F0F" w:rsidP="00237F0F">
      <w:pPr>
        <w:rPr>
          <w:rFonts w:ascii="Montserrat" w:hAnsi="Montserrat"/>
          <w:color w:val="002060"/>
          <w:sz w:val="32"/>
          <w:szCs w:val="32"/>
        </w:rPr>
      </w:pPr>
    </w:p>
    <w:p w14:paraId="19605A03" w14:textId="77777777" w:rsidR="00237F0F" w:rsidRPr="00237F0F" w:rsidRDefault="00237F0F" w:rsidP="00237F0F">
      <w:pPr>
        <w:rPr>
          <w:rFonts w:ascii="Montserrat" w:hAnsi="Montserrat"/>
          <w:b/>
          <w:bCs/>
          <w:color w:val="002060"/>
          <w:sz w:val="32"/>
          <w:szCs w:val="32"/>
        </w:rPr>
      </w:pPr>
      <w:r w:rsidRPr="00237F0F">
        <w:rPr>
          <w:rFonts w:ascii="Montserrat" w:hAnsi="Montserrat"/>
          <w:b/>
          <w:bCs/>
          <w:color w:val="002060"/>
          <w:sz w:val="32"/>
          <w:szCs w:val="32"/>
        </w:rPr>
        <w:lastRenderedPageBreak/>
        <w:t>Why Uncertainty Matters</w:t>
      </w:r>
    </w:p>
    <w:p w14:paraId="0368A252" w14:textId="2069D831" w:rsidR="0089263C" w:rsidRPr="00237F0F" w:rsidRDefault="00237F0F" w:rsidP="00237F0F">
      <w:pPr>
        <w:rPr>
          <w:rFonts w:ascii="Montserrat" w:hAnsi="Montserrat"/>
          <w:color w:val="002060"/>
          <w:sz w:val="28"/>
          <w:szCs w:val="28"/>
        </w:rPr>
      </w:pPr>
      <w:r w:rsidRPr="00237F0F">
        <w:rPr>
          <w:rFonts w:ascii="Montserrat" w:hAnsi="Montserrat"/>
          <w:color w:val="002060"/>
          <w:sz w:val="28"/>
          <w:szCs w:val="28"/>
        </w:rPr>
        <w:t>Notes</w:t>
      </w:r>
    </w:p>
    <w:p w14:paraId="013E04E5" w14:textId="77777777" w:rsidR="00237F0F" w:rsidRPr="0089263C" w:rsidRDefault="00237F0F" w:rsidP="00237F0F">
      <w:pPr>
        <w:rPr>
          <w:rFonts w:ascii="Montserrat" w:hAnsi="Montserrat"/>
          <w:color w:val="002060"/>
          <w:sz w:val="32"/>
          <w:szCs w:val="32"/>
        </w:rPr>
      </w:pPr>
      <w:r w:rsidRPr="0089263C">
        <w:rPr>
          <w:rFonts w:ascii="Montserrat" w:hAnsi="Montserrat"/>
          <w:color w:val="002060"/>
          <w:sz w:val="32"/>
          <w:szCs w:val="32"/>
        </w:rPr>
        <w:t>___________________________________________</w:t>
      </w:r>
      <w:r>
        <w:rPr>
          <w:rFonts w:ascii="Montserrat" w:hAnsi="Montserrat"/>
          <w:color w:val="002060"/>
          <w:sz w:val="32"/>
          <w:szCs w:val="32"/>
        </w:rPr>
        <w:t>__________________________________________________________________________________</w:t>
      </w:r>
      <w:r w:rsidRPr="0089263C">
        <w:rPr>
          <w:rFonts w:ascii="Montserrat" w:hAnsi="Montserrat"/>
          <w:color w:val="002060"/>
          <w:sz w:val="32"/>
          <w:szCs w:val="32"/>
        </w:rPr>
        <w:t>_</w:t>
      </w:r>
    </w:p>
    <w:p w14:paraId="434E8601" w14:textId="77777777" w:rsidR="00237F0F" w:rsidRPr="0089263C" w:rsidRDefault="00237F0F" w:rsidP="00237F0F">
      <w:pPr>
        <w:rPr>
          <w:rFonts w:ascii="Montserrat" w:hAnsi="Montserrat"/>
          <w:color w:val="002060"/>
          <w:sz w:val="32"/>
          <w:szCs w:val="32"/>
        </w:rPr>
      </w:pPr>
      <w:r w:rsidRPr="0089263C">
        <w:rPr>
          <w:rFonts w:ascii="Montserrat" w:hAnsi="Montserrat"/>
          <w:color w:val="002060"/>
          <w:sz w:val="32"/>
          <w:szCs w:val="32"/>
        </w:rPr>
        <w:t>___________________________________________</w:t>
      </w:r>
      <w:r>
        <w:rPr>
          <w:rFonts w:ascii="Montserrat" w:hAnsi="Montserrat"/>
          <w:color w:val="002060"/>
          <w:sz w:val="32"/>
          <w:szCs w:val="32"/>
        </w:rPr>
        <w:t>__________________________________________________________________________________</w:t>
      </w:r>
      <w:r w:rsidRPr="0089263C">
        <w:rPr>
          <w:rFonts w:ascii="Montserrat" w:hAnsi="Montserrat"/>
          <w:color w:val="002060"/>
          <w:sz w:val="32"/>
          <w:szCs w:val="32"/>
        </w:rPr>
        <w:t>_</w:t>
      </w:r>
    </w:p>
    <w:p w14:paraId="38AA885C" w14:textId="77777777" w:rsidR="00237F0F" w:rsidRPr="0089263C" w:rsidRDefault="00237F0F" w:rsidP="00237F0F">
      <w:pPr>
        <w:rPr>
          <w:rFonts w:ascii="Montserrat" w:hAnsi="Montserrat"/>
          <w:color w:val="002060"/>
          <w:sz w:val="32"/>
          <w:szCs w:val="32"/>
        </w:rPr>
      </w:pPr>
    </w:p>
    <w:p w14:paraId="6027CFC5" w14:textId="77777777" w:rsidR="0089263C" w:rsidRPr="0089263C" w:rsidRDefault="0089263C" w:rsidP="0089263C">
      <w:pPr>
        <w:rPr>
          <w:rFonts w:ascii="Montserrat" w:hAnsi="Montserrat"/>
          <w:b/>
          <w:bCs/>
          <w:color w:val="002060"/>
          <w:sz w:val="32"/>
          <w:szCs w:val="32"/>
        </w:rPr>
      </w:pPr>
      <w:r w:rsidRPr="0089263C">
        <w:rPr>
          <w:rFonts w:ascii="Montserrat" w:hAnsi="Montserrat"/>
          <w:b/>
          <w:bCs/>
          <w:color w:val="002060"/>
          <w:sz w:val="32"/>
          <w:szCs w:val="32"/>
        </w:rPr>
        <w:t>Thinking Traps</w:t>
      </w:r>
    </w:p>
    <w:p w14:paraId="1B446833" w14:textId="7224D6FC" w:rsidR="0089263C" w:rsidRPr="0089263C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9263C">
        <w:rPr>
          <w:rFonts w:ascii="Montserrat" w:hAnsi="Montserrat"/>
          <w:b/>
          <w:bCs/>
          <w:color w:val="002060"/>
          <w:sz w:val="24"/>
          <w:szCs w:val="24"/>
        </w:rPr>
        <w:t>Binary Thinking</w:t>
      </w:r>
      <w:r>
        <w:rPr>
          <w:rFonts w:ascii="Montserrat" w:hAnsi="Montserrat"/>
          <w:b/>
          <w:bCs/>
          <w:color w:val="002060"/>
          <w:sz w:val="24"/>
          <w:szCs w:val="24"/>
        </w:rPr>
        <w:t xml:space="preserve"> - </w:t>
      </w:r>
      <w:r w:rsidRPr="0089263C">
        <w:rPr>
          <w:rFonts w:ascii="Montserrat" w:hAnsi="Montserrat"/>
          <w:color w:val="002060"/>
          <w:sz w:val="24"/>
          <w:szCs w:val="24"/>
        </w:rPr>
        <w:t>Assuming there are only two possible solutions.</w:t>
      </w:r>
    </w:p>
    <w:p w14:paraId="2A5E3BBA" w14:textId="77777777" w:rsidR="0089263C" w:rsidRPr="0089263C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9263C">
        <w:rPr>
          <w:rFonts w:ascii="Montserrat" w:hAnsi="Montserrat"/>
          <w:color w:val="002060"/>
          <w:sz w:val="24"/>
          <w:szCs w:val="24"/>
        </w:rPr>
        <w:t>Example: "She's either a good employee or a bad employee."</w:t>
      </w:r>
    </w:p>
    <w:p w14:paraId="64238EB7" w14:textId="4A9ACA72" w:rsidR="0089263C" w:rsidRPr="0089263C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9263C">
        <w:rPr>
          <w:rFonts w:ascii="Montserrat" w:hAnsi="Montserrat"/>
          <w:color w:val="002060"/>
          <w:sz w:val="24"/>
          <w:szCs w:val="24"/>
        </w:rPr>
        <w:t>What else could be true?</w:t>
      </w:r>
      <w:r>
        <w:rPr>
          <w:rFonts w:ascii="Montserrat" w:hAnsi="Montserrat"/>
          <w:color w:val="002060"/>
          <w:sz w:val="24"/>
          <w:szCs w:val="24"/>
        </w:rPr>
        <w:t xml:space="preserve"> </w:t>
      </w:r>
      <w:r w:rsidRPr="0089263C">
        <w:rPr>
          <w:rFonts w:ascii="Montserrat" w:hAnsi="Montserrat"/>
          <w:color w:val="002060"/>
          <w:sz w:val="24"/>
          <w:szCs w:val="24"/>
        </w:rPr>
        <w:t>____________________________________________</w:t>
      </w:r>
      <w:r>
        <w:rPr>
          <w:rFonts w:ascii="Montserrat" w:hAnsi="Montserrat"/>
          <w:color w:val="002060"/>
          <w:sz w:val="24"/>
          <w:szCs w:val="24"/>
        </w:rPr>
        <w:t>______________</w:t>
      </w:r>
    </w:p>
    <w:p w14:paraId="1CD401B3" w14:textId="1FC04A71" w:rsidR="0089263C" w:rsidRPr="0089263C" w:rsidRDefault="0089263C" w:rsidP="0089263C">
      <w:pPr>
        <w:rPr>
          <w:rFonts w:ascii="Montserrat" w:hAnsi="Montserrat"/>
          <w:b/>
          <w:bCs/>
          <w:color w:val="002060"/>
          <w:sz w:val="24"/>
          <w:szCs w:val="24"/>
        </w:rPr>
      </w:pPr>
      <w:r w:rsidRPr="0089263C">
        <w:rPr>
          <w:rFonts w:ascii="Montserrat" w:hAnsi="Montserrat"/>
          <w:b/>
          <w:bCs/>
          <w:color w:val="002060"/>
          <w:sz w:val="24"/>
          <w:szCs w:val="24"/>
        </w:rPr>
        <w:t>Confirmation Bias</w:t>
      </w:r>
      <w:r>
        <w:rPr>
          <w:rFonts w:ascii="Montserrat" w:hAnsi="Montserrat"/>
          <w:b/>
          <w:bCs/>
          <w:color w:val="002060"/>
          <w:sz w:val="24"/>
          <w:szCs w:val="24"/>
        </w:rPr>
        <w:t xml:space="preserve"> - </w:t>
      </w:r>
      <w:r w:rsidRPr="0089263C">
        <w:rPr>
          <w:rFonts w:ascii="Montserrat" w:hAnsi="Montserrat"/>
          <w:color w:val="002060"/>
          <w:sz w:val="24"/>
          <w:szCs w:val="24"/>
        </w:rPr>
        <w:t>Seeking information that confirms what we already believe.</w:t>
      </w:r>
    </w:p>
    <w:p w14:paraId="0C51E169" w14:textId="77777777" w:rsidR="0089263C" w:rsidRPr="0089263C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9263C">
        <w:rPr>
          <w:rFonts w:ascii="Montserrat" w:hAnsi="Montserrat"/>
          <w:color w:val="002060"/>
          <w:sz w:val="24"/>
          <w:szCs w:val="24"/>
        </w:rPr>
        <w:t>Example: "See? This proves nobody on that shift communicates."</w:t>
      </w:r>
    </w:p>
    <w:p w14:paraId="407DAF71" w14:textId="58EF975A" w:rsidR="0089263C" w:rsidRPr="0089263C" w:rsidRDefault="0089263C" w:rsidP="0089263C">
      <w:pPr>
        <w:rPr>
          <w:rFonts w:ascii="Montserrat" w:hAnsi="Montserrat"/>
          <w:color w:val="002060"/>
          <w:sz w:val="32"/>
          <w:szCs w:val="32"/>
        </w:rPr>
      </w:pPr>
      <w:r w:rsidRPr="0089263C">
        <w:rPr>
          <w:rFonts w:ascii="Montserrat" w:hAnsi="Montserrat"/>
          <w:color w:val="002060"/>
          <w:sz w:val="24"/>
          <w:szCs w:val="24"/>
        </w:rPr>
        <w:t>What evidence might challenge that assumption?</w:t>
      </w:r>
      <w:r>
        <w:rPr>
          <w:rFonts w:ascii="Montserrat" w:hAnsi="Montserrat"/>
          <w:color w:val="002060"/>
          <w:sz w:val="24"/>
          <w:szCs w:val="24"/>
        </w:rPr>
        <w:t xml:space="preserve"> </w:t>
      </w:r>
      <w:r w:rsidRPr="0089263C">
        <w:rPr>
          <w:rFonts w:ascii="Montserrat" w:hAnsi="Montserrat"/>
          <w:color w:val="002060"/>
          <w:sz w:val="24"/>
          <w:szCs w:val="24"/>
        </w:rPr>
        <w:t>__________________________</w:t>
      </w:r>
      <w:r w:rsidRPr="0089263C">
        <w:rPr>
          <w:rFonts w:ascii="Montserrat" w:hAnsi="Montserrat"/>
          <w:color w:val="002060"/>
          <w:sz w:val="32"/>
          <w:szCs w:val="32"/>
        </w:rPr>
        <w:t>___________________________________________</w:t>
      </w:r>
    </w:p>
    <w:p w14:paraId="30C063AF" w14:textId="77777777" w:rsidR="0089263C" w:rsidRPr="0089263C" w:rsidRDefault="0089263C" w:rsidP="0089263C">
      <w:pPr>
        <w:rPr>
          <w:rFonts w:ascii="Montserrat" w:hAnsi="Montserrat"/>
          <w:color w:val="002060"/>
          <w:sz w:val="32"/>
          <w:szCs w:val="32"/>
        </w:rPr>
      </w:pPr>
    </w:p>
    <w:p w14:paraId="5FBCFE0C" w14:textId="77777777" w:rsidR="0089263C" w:rsidRPr="0089263C" w:rsidRDefault="0089263C" w:rsidP="0089263C">
      <w:pPr>
        <w:rPr>
          <w:rFonts w:ascii="Montserrat" w:hAnsi="Montserrat"/>
          <w:b/>
          <w:bCs/>
          <w:color w:val="002060"/>
          <w:sz w:val="32"/>
          <w:szCs w:val="32"/>
        </w:rPr>
      </w:pPr>
      <w:r w:rsidRPr="0089263C">
        <w:rPr>
          <w:rFonts w:ascii="Montserrat" w:hAnsi="Montserrat"/>
          <w:b/>
          <w:bCs/>
          <w:color w:val="002060"/>
          <w:sz w:val="32"/>
          <w:szCs w:val="32"/>
        </w:rPr>
        <w:t>Deliberate Doubt</w:t>
      </w:r>
    </w:p>
    <w:p w14:paraId="706B0B84" w14:textId="77777777" w:rsidR="0089263C" w:rsidRPr="00237F0F" w:rsidRDefault="0089263C" w:rsidP="0089263C">
      <w:pPr>
        <w:rPr>
          <w:rFonts w:ascii="Montserrat" w:hAnsi="Montserrat"/>
          <w:color w:val="002060"/>
          <w:sz w:val="28"/>
          <w:szCs w:val="28"/>
        </w:rPr>
      </w:pPr>
      <w:r w:rsidRPr="00237F0F">
        <w:rPr>
          <w:rFonts w:ascii="Montserrat" w:hAnsi="Montserrat"/>
          <w:color w:val="002060"/>
          <w:sz w:val="28"/>
          <w:szCs w:val="28"/>
        </w:rPr>
        <w:t>The practice of temporarily suspending certainty long enough for better thinking to emerge.</w:t>
      </w:r>
    </w:p>
    <w:p w14:paraId="2A71531D" w14:textId="77777777" w:rsidR="0089263C" w:rsidRPr="0089263C" w:rsidRDefault="0089263C" w:rsidP="0089263C">
      <w:pPr>
        <w:rPr>
          <w:rFonts w:ascii="Montserrat" w:hAnsi="Montserrat"/>
          <w:color w:val="002060"/>
          <w:sz w:val="32"/>
          <w:szCs w:val="32"/>
        </w:rPr>
      </w:pPr>
    </w:p>
    <w:p w14:paraId="588E49CA" w14:textId="77777777" w:rsidR="0089263C" w:rsidRPr="00237F0F" w:rsidRDefault="0089263C" w:rsidP="0089263C">
      <w:pPr>
        <w:rPr>
          <w:rFonts w:ascii="Montserrat" w:hAnsi="Montserrat"/>
          <w:b/>
          <w:bCs/>
          <w:color w:val="002060"/>
          <w:sz w:val="32"/>
          <w:szCs w:val="32"/>
        </w:rPr>
      </w:pPr>
      <w:r w:rsidRPr="00237F0F">
        <w:rPr>
          <w:rFonts w:ascii="Montserrat" w:hAnsi="Montserrat"/>
          <w:b/>
          <w:bCs/>
          <w:color w:val="002060"/>
          <w:sz w:val="32"/>
          <w:szCs w:val="32"/>
        </w:rPr>
        <w:t>Questions That Build Thinking</w:t>
      </w:r>
    </w:p>
    <w:p w14:paraId="65B1A472" w14:textId="77777777" w:rsidR="0089263C" w:rsidRPr="00237F0F" w:rsidRDefault="0089263C" w:rsidP="0089263C">
      <w:pPr>
        <w:rPr>
          <w:rFonts w:ascii="Montserrat" w:hAnsi="Montserrat"/>
          <w:color w:val="002060"/>
          <w:sz w:val="28"/>
          <w:szCs w:val="28"/>
        </w:rPr>
      </w:pPr>
      <w:r w:rsidRPr="00237F0F">
        <w:rPr>
          <w:rFonts w:ascii="Montserrat" w:hAnsi="Montserrat"/>
          <w:b/>
          <w:bCs/>
          <w:color w:val="002060"/>
          <w:sz w:val="28"/>
          <w:szCs w:val="28"/>
        </w:rPr>
        <w:t>Clarify:</w:t>
      </w:r>
      <w:r w:rsidRPr="00237F0F">
        <w:rPr>
          <w:rFonts w:ascii="Montserrat" w:hAnsi="Montserrat"/>
          <w:color w:val="002060"/>
          <w:sz w:val="28"/>
          <w:szCs w:val="28"/>
        </w:rPr>
        <w:t xml:space="preserve"> What's the real challenge here?</w:t>
      </w:r>
    </w:p>
    <w:p w14:paraId="6AFE8FFD" w14:textId="77777777" w:rsidR="0089263C" w:rsidRPr="00237F0F" w:rsidRDefault="0089263C" w:rsidP="0089263C">
      <w:pPr>
        <w:rPr>
          <w:rFonts w:ascii="Montserrat" w:hAnsi="Montserrat"/>
          <w:color w:val="002060"/>
          <w:sz w:val="28"/>
          <w:szCs w:val="28"/>
        </w:rPr>
      </w:pPr>
      <w:r w:rsidRPr="00237F0F">
        <w:rPr>
          <w:rFonts w:ascii="Montserrat" w:hAnsi="Montserrat"/>
          <w:b/>
          <w:bCs/>
          <w:color w:val="002060"/>
          <w:sz w:val="28"/>
          <w:szCs w:val="28"/>
        </w:rPr>
        <w:t>Expand:</w:t>
      </w:r>
      <w:r w:rsidRPr="00237F0F">
        <w:rPr>
          <w:rFonts w:ascii="Montserrat" w:hAnsi="Montserrat"/>
          <w:color w:val="002060"/>
          <w:sz w:val="28"/>
          <w:szCs w:val="28"/>
        </w:rPr>
        <w:t xml:space="preserve"> What options have you considered?</w:t>
      </w:r>
    </w:p>
    <w:p w14:paraId="42E6D04D" w14:textId="77777777" w:rsidR="0089263C" w:rsidRPr="00237F0F" w:rsidRDefault="0089263C" w:rsidP="0089263C">
      <w:pPr>
        <w:rPr>
          <w:rFonts w:ascii="Montserrat" w:hAnsi="Montserrat"/>
          <w:color w:val="002060"/>
          <w:sz w:val="28"/>
          <w:szCs w:val="28"/>
        </w:rPr>
      </w:pPr>
      <w:r w:rsidRPr="00237F0F">
        <w:rPr>
          <w:rFonts w:ascii="Montserrat" w:hAnsi="Montserrat"/>
          <w:color w:val="002060"/>
          <w:sz w:val="28"/>
          <w:szCs w:val="28"/>
        </w:rPr>
        <w:lastRenderedPageBreak/>
        <w:t>Transfer Ownership: What do you think is the best next step?</w:t>
      </w:r>
    </w:p>
    <w:p w14:paraId="2BD1E953" w14:textId="77777777" w:rsidR="0089263C" w:rsidRPr="00237F0F" w:rsidRDefault="0089263C" w:rsidP="0089263C">
      <w:pPr>
        <w:rPr>
          <w:rFonts w:ascii="Montserrat" w:hAnsi="Montserrat"/>
          <w:color w:val="002060"/>
          <w:sz w:val="28"/>
          <w:szCs w:val="28"/>
        </w:rPr>
      </w:pPr>
      <w:r w:rsidRPr="00237F0F">
        <w:rPr>
          <w:rFonts w:ascii="Montserrat" w:hAnsi="Montserrat"/>
          <w:color w:val="002060"/>
          <w:sz w:val="28"/>
          <w:szCs w:val="28"/>
        </w:rPr>
        <w:t>Strengthen Thinking: What might get in the way?</w:t>
      </w:r>
    </w:p>
    <w:p w14:paraId="6EC47925" w14:textId="77777777" w:rsidR="00884D9E" w:rsidRPr="00237F0F" w:rsidRDefault="00884D9E" w:rsidP="00884D9E">
      <w:pPr>
        <w:rPr>
          <w:rFonts w:ascii="Montserrat" w:hAnsi="Montserrat"/>
          <w:color w:val="002060"/>
          <w:sz w:val="28"/>
          <w:szCs w:val="28"/>
        </w:rPr>
      </w:pPr>
      <w:r w:rsidRPr="00237F0F">
        <w:rPr>
          <w:rFonts w:ascii="Montserrat" w:hAnsi="Montserrat"/>
          <w:color w:val="002060"/>
          <w:sz w:val="28"/>
          <w:szCs w:val="28"/>
        </w:rPr>
        <w:t>Notes</w:t>
      </w:r>
    </w:p>
    <w:p w14:paraId="6D8F1394" w14:textId="77777777" w:rsidR="00884D9E" w:rsidRPr="0089263C" w:rsidRDefault="00884D9E" w:rsidP="00884D9E">
      <w:pPr>
        <w:rPr>
          <w:rFonts w:ascii="Montserrat" w:hAnsi="Montserrat"/>
          <w:color w:val="002060"/>
          <w:sz w:val="32"/>
          <w:szCs w:val="32"/>
        </w:rPr>
      </w:pPr>
      <w:r w:rsidRPr="0089263C">
        <w:rPr>
          <w:rFonts w:ascii="Montserrat" w:hAnsi="Montserrat"/>
          <w:color w:val="002060"/>
          <w:sz w:val="32"/>
          <w:szCs w:val="32"/>
        </w:rPr>
        <w:t>___________________________________________</w:t>
      </w:r>
      <w:r>
        <w:rPr>
          <w:rFonts w:ascii="Montserrat" w:hAnsi="Montserrat"/>
          <w:color w:val="002060"/>
          <w:sz w:val="32"/>
          <w:szCs w:val="32"/>
        </w:rPr>
        <w:t>__________________________________________________________________________________</w:t>
      </w:r>
      <w:r w:rsidRPr="0089263C">
        <w:rPr>
          <w:rFonts w:ascii="Montserrat" w:hAnsi="Montserrat"/>
          <w:color w:val="002060"/>
          <w:sz w:val="32"/>
          <w:szCs w:val="32"/>
        </w:rPr>
        <w:t>_</w:t>
      </w:r>
    </w:p>
    <w:p w14:paraId="24EF1113" w14:textId="77777777" w:rsidR="00884D9E" w:rsidRPr="0089263C" w:rsidRDefault="00884D9E" w:rsidP="00884D9E">
      <w:pPr>
        <w:rPr>
          <w:rFonts w:ascii="Montserrat" w:hAnsi="Montserrat"/>
          <w:color w:val="002060"/>
          <w:sz w:val="32"/>
          <w:szCs w:val="32"/>
        </w:rPr>
      </w:pPr>
      <w:r w:rsidRPr="0089263C">
        <w:rPr>
          <w:rFonts w:ascii="Montserrat" w:hAnsi="Montserrat"/>
          <w:color w:val="002060"/>
          <w:sz w:val="32"/>
          <w:szCs w:val="32"/>
        </w:rPr>
        <w:t>___________________________________________</w:t>
      </w:r>
      <w:r>
        <w:rPr>
          <w:rFonts w:ascii="Montserrat" w:hAnsi="Montserrat"/>
          <w:color w:val="002060"/>
          <w:sz w:val="32"/>
          <w:szCs w:val="32"/>
        </w:rPr>
        <w:t>__________________________________________________________________________________</w:t>
      </w:r>
      <w:r w:rsidRPr="0089263C">
        <w:rPr>
          <w:rFonts w:ascii="Montserrat" w:hAnsi="Montserrat"/>
          <w:color w:val="002060"/>
          <w:sz w:val="32"/>
          <w:szCs w:val="32"/>
        </w:rPr>
        <w:t>_</w:t>
      </w:r>
    </w:p>
    <w:p w14:paraId="0D3AD5AB" w14:textId="77777777" w:rsidR="0089263C" w:rsidRPr="0089263C" w:rsidRDefault="0089263C" w:rsidP="0089263C">
      <w:pPr>
        <w:rPr>
          <w:rFonts w:ascii="Montserrat" w:hAnsi="Montserrat"/>
          <w:color w:val="002060"/>
          <w:sz w:val="32"/>
          <w:szCs w:val="32"/>
        </w:rPr>
      </w:pPr>
    </w:p>
    <w:p w14:paraId="2523C1F0" w14:textId="77777777" w:rsidR="0089263C" w:rsidRPr="00884D9E" w:rsidRDefault="0089263C" w:rsidP="0089263C">
      <w:pPr>
        <w:rPr>
          <w:rFonts w:ascii="Montserrat" w:hAnsi="Montserrat"/>
          <w:b/>
          <w:bCs/>
          <w:color w:val="002060"/>
          <w:sz w:val="32"/>
          <w:szCs w:val="32"/>
        </w:rPr>
      </w:pPr>
      <w:r w:rsidRPr="00884D9E">
        <w:rPr>
          <w:rFonts w:ascii="Montserrat" w:hAnsi="Montserrat"/>
          <w:b/>
          <w:bCs/>
          <w:color w:val="002060"/>
          <w:sz w:val="32"/>
          <w:szCs w:val="32"/>
        </w:rPr>
        <w:t>Problem Ownership Lab</w:t>
      </w:r>
    </w:p>
    <w:p w14:paraId="67D3CC3B" w14:textId="77777777" w:rsidR="0089263C" w:rsidRPr="00884D9E" w:rsidRDefault="0089263C" w:rsidP="0089263C">
      <w:pPr>
        <w:rPr>
          <w:rFonts w:ascii="Montserrat" w:hAnsi="Montserrat"/>
          <w:b/>
          <w:bCs/>
          <w:color w:val="002060"/>
          <w:sz w:val="28"/>
          <w:szCs w:val="28"/>
        </w:rPr>
      </w:pPr>
      <w:r w:rsidRPr="00884D9E">
        <w:rPr>
          <w:rFonts w:ascii="Montserrat" w:hAnsi="Montserrat"/>
          <w:b/>
          <w:bCs/>
          <w:color w:val="002060"/>
          <w:sz w:val="28"/>
          <w:szCs w:val="28"/>
        </w:rPr>
        <w:t>Choose ONE scenario.</w:t>
      </w:r>
    </w:p>
    <w:p w14:paraId="46220EAE" w14:textId="77777777" w:rsidR="0089263C" w:rsidRPr="00884D9E" w:rsidRDefault="0089263C" w:rsidP="0089263C">
      <w:pPr>
        <w:rPr>
          <w:rFonts w:ascii="Montserrat" w:hAnsi="Montserrat"/>
          <w:b/>
          <w:bCs/>
          <w:color w:val="002060"/>
          <w:sz w:val="24"/>
          <w:szCs w:val="24"/>
        </w:rPr>
      </w:pPr>
      <w:r w:rsidRPr="00884D9E">
        <w:rPr>
          <w:rFonts w:ascii="Montserrat" w:hAnsi="Montserrat"/>
          <w:b/>
          <w:bCs/>
          <w:color w:val="002060"/>
          <w:sz w:val="24"/>
          <w:szCs w:val="24"/>
        </w:rPr>
        <w:t>Discuss:</w:t>
      </w:r>
    </w:p>
    <w:p w14:paraId="239A0E4B" w14:textId="77777777" w:rsidR="0089263C" w:rsidRPr="00884D9E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84D9E">
        <w:rPr>
          <w:rFonts w:ascii="Montserrat" w:hAnsi="Montserrat"/>
          <w:color w:val="002060"/>
          <w:sz w:val="24"/>
          <w:szCs w:val="24"/>
        </w:rPr>
        <w:t>1. What problem are they handing the leader?</w:t>
      </w:r>
    </w:p>
    <w:p w14:paraId="682307FE" w14:textId="77777777" w:rsidR="0089263C" w:rsidRPr="00884D9E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84D9E">
        <w:rPr>
          <w:rFonts w:ascii="Montserrat" w:hAnsi="Montserrat"/>
          <w:color w:val="002060"/>
          <w:sz w:val="24"/>
          <w:szCs w:val="24"/>
        </w:rPr>
        <w:t>2. What might happen if the leader immediately solves it?</w:t>
      </w:r>
    </w:p>
    <w:p w14:paraId="22F696AF" w14:textId="77777777" w:rsidR="0089263C" w:rsidRPr="00884D9E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84D9E">
        <w:rPr>
          <w:rFonts w:ascii="Montserrat" w:hAnsi="Montserrat"/>
          <w:color w:val="002060"/>
          <w:sz w:val="24"/>
          <w:szCs w:val="24"/>
        </w:rPr>
        <w:t>3. What question could build ownership instead?</w:t>
      </w:r>
    </w:p>
    <w:p w14:paraId="68FF7144" w14:textId="77777777" w:rsidR="0089263C" w:rsidRPr="00884D9E" w:rsidRDefault="0089263C" w:rsidP="0089263C">
      <w:pPr>
        <w:rPr>
          <w:rFonts w:ascii="Montserrat" w:hAnsi="Montserrat"/>
          <w:color w:val="002060"/>
          <w:sz w:val="24"/>
          <w:szCs w:val="24"/>
        </w:rPr>
      </w:pPr>
    </w:p>
    <w:p w14:paraId="2AA938A9" w14:textId="77777777" w:rsidR="0089263C" w:rsidRPr="00884D9E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84D9E">
        <w:rPr>
          <w:rFonts w:ascii="Montserrat" w:hAnsi="Montserrat"/>
          <w:b/>
          <w:bCs/>
          <w:color w:val="002060"/>
          <w:sz w:val="24"/>
          <w:szCs w:val="24"/>
        </w:rPr>
        <w:t>Scenario 1:</w:t>
      </w:r>
      <w:r w:rsidRPr="00884D9E">
        <w:rPr>
          <w:rFonts w:ascii="Montserrat" w:hAnsi="Montserrat"/>
          <w:color w:val="002060"/>
          <w:sz w:val="24"/>
          <w:szCs w:val="24"/>
        </w:rPr>
        <w:t xml:space="preserve"> "We're short staffed. There's nothing we can do until we hire more people."</w:t>
      </w:r>
    </w:p>
    <w:p w14:paraId="38EF8802" w14:textId="77777777" w:rsidR="0089263C" w:rsidRPr="00884D9E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84D9E">
        <w:rPr>
          <w:rFonts w:ascii="Montserrat" w:hAnsi="Montserrat"/>
          <w:b/>
          <w:bCs/>
          <w:color w:val="002060"/>
          <w:sz w:val="24"/>
          <w:szCs w:val="24"/>
        </w:rPr>
        <w:t>Scenario 2:</w:t>
      </w:r>
      <w:r w:rsidRPr="00884D9E">
        <w:rPr>
          <w:rFonts w:ascii="Montserrat" w:hAnsi="Montserrat"/>
          <w:color w:val="002060"/>
          <w:sz w:val="24"/>
          <w:szCs w:val="24"/>
        </w:rPr>
        <w:t xml:space="preserve"> "People just don't communicate here."</w:t>
      </w:r>
    </w:p>
    <w:p w14:paraId="58417BAF" w14:textId="77777777" w:rsidR="0089263C" w:rsidRPr="00884D9E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84D9E">
        <w:rPr>
          <w:rFonts w:ascii="Montserrat" w:hAnsi="Montserrat"/>
          <w:b/>
          <w:bCs/>
          <w:color w:val="002060"/>
          <w:sz w:val="24"/>
          <w:szCs w:val="24"/>
        </w:rPr>
        <w:t>Scenario 3:</w:t>
      </w:r>
      <w:r w:rsidRPr="00884D9E">
        <w:rPr>
          <w:rFonts w:ascii="Montserrat" w:hAnsi="Montserrat"/>
          <w:color w:val="002060"/>
          <w:sz w:val="24"/>
          <w:szCs w:val="24"/>
        </w:rPr>
        <w:t xml:space="preserve"> An employee repeatedly asks you what to do instead of making decisions.</w:t>
      </w:r>
    </w:p>
    <w:p w14:paraId="6332C2F0" w14:textId="77777777" w:rsidR="0089263C" w:rsidRPr="00884D9E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84D9E">
        <w:rPr>
          <w:rFonts w:ascii="Montserrat" w:hAnsi="Montserrat"/>
          <w:b/>
          <w:bCs/>
          <w:color w:val="002060"/>
          <w:sz w:val="24"/>
          <w:szCs w:val="24"/>
        </w:rPr>
        <w:t>Scenario 4:</w:t>
      </w:r>
      <w:r w:rsidRPr="00884D9E">
        <w:rPr>
          <w:rFonts w:ascii="Montserrat" w:hAnsi="Montserrat"/>
          <w:color w:val="002060"/>
          <w:sz w:val="24"/>
          <w:szCs w:val="24"/>
        </w:rPr>
        <w:t xml:space="preserve"> "The night shift never follows through."</w:t>
      </w:r>
    </w:p>
    <w:p w14:paraId="2D6D4D47" w14:textId="77777777" w:rsidR="0089263C" w:rsidRPr="00884D9E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84D9E">
        <w:rPr>
          <w:rFonts w:ascii="Montserrat" w:hAnsi="Montserrat"/>
          <w:b/>
          <w:bCs/>
          <w:color w:val="002060"/>
          <w:sz w:val="24"/>
          <w:szCs w:val="24"/>
        </w:rPr>
        <w:t>Scenario 5:</w:t>
      </w:r>
      <w:r w:rsidRPr="00884D9E">
        <w:rPr>
          <w:rFonts w:ascii="Montserrat" w:hAnsi="Montserrat"/>
          <w:color w:val="002060"/>
          <w:sz w:val="24"/>
          <w:szCs w:val="24"/>
        </w:rPr>
        <w:t xml:space="preserve"> "I already know what you'll tell me to do."</w:t>
      </w:r>
    </w:p>
    <w:p w14:paraId="553A5956" w14:textId="77777777" w:rsidR="0089263C" w:rsidRPr="00884D9E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84D9E">
        <w:rPr>
          <w:rFonts w:ascii="Montserrat" w:hAnsi="Montserrat"/>
          <w:b/>
          <w:bCs/>
          <w:color w:val="002060"/>
          <w:sz w:val="24"/>
          <w:szCs w:val="24"/>
        </w:rPr>
        <w:t>Scenario 6:</w:t>
      </w:r>
      <w:r w:rsidRPr="00884D9E">
        <w:rPr>
          <w:rFonts w:ascii="Montserrat" w:hAnsi="Montserrat"/>
          <w:color w:val="002060"/>
          <w:sz w:val="24"/>
          <w:szCs w:val="24"/>
        </w:rPr>
        <w:t xml:space="preserve"> "Leadership needs to fix this."</w:t>
      </w:r>
    </w:p>
    <w:p w14:paraId="3A820917" w14:textId="77777777" w:rsidR="0089263C" w:rsidRPr="0089263C" w:rsidRDefault="0089263C" w:rsidP="0089263C">
      <w:pPr>
        <w:rPr>
          <w:rFonts w:ascii="Montserrat" w:hAnsi="Montserrat"/>
          <w:color w:val="002060"/>
          <w:sz w:val="32"/>
          <w:szCs w:val="32"/>
        </w:rPr>
      </w:pPr>
    </w:p>
    <w:p w14:paraId="29A390D2" w14:textId="77777777" w:rsidR="0089263C" w:rsidRPr="00884D9E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84D9E">
        <w:rPr>
          <w:rFonts w:ascii="Montserrat" w:hAnsi="Montserrat"/>
          <w:color w:val="002060"/>
          <w:sz w:val="24"/>
          <w:szCs w:val="24"/>
        </w:rPr>
        <w:lastRenderedPageBreak/>
        <w:t>Notes:</w:t>
      </w:r>
    </w:p>
    <w:p w14:paraId="706165AD" w14:textId="66B2AC29" w:rsidR="0089263C" w:rsidRPr="00884D9E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84D9E">
        <w:rPr>
          <w:rFonts w:ascii="Montserrat" w:hAnsi="Montserrat"/>
          <w:color w:val="002060"/>
          <w:sz w:val="24"/>
          <w:szCs w:val="24"/>
        </w:rPr>
        <w:t>____________________________________________</w:t>
      </w:r>
      <w:r w:rsidR="00884D9E">
        <w:rPr>
          <w:rFonts w:ascii="Montserrat" w:hAnsi="Montserrat"/>
          <w:color w:val="002060"/>
          <w:sz w:val="24"/>
          <w:szCs w:val="24"/>
        </w:rPr>
        <w:t>________________________________________</w:t>
      </w:r>
    </w:p>
    <w:p w14:paraId="63869090" w14:textId="51779331" w:rsidR="0089263C" w:rsidRPr="00884D9E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84D9E">
        <w:rPr>
          <w:rFonts w:ascii="Montserrat" w:hAnsi="Montserrat"/>
          <w:color w:val="002060"/>
          <w:sz w:val="24"/>
          <w:szCs w:val="24"/>
        </w:rPr>
        <w:t>____________________________________________</w:t>
      </w:r>
      <w:r w:rsidR="00884D9E">
        <w:rPr>
          <w:rFonts w:ascii="Montserrat" w:hAnsi="Montserrat"/>
          <w:color w:val="002060"/>
          <w:sz w:val="24"/>
          <w:szCs w:val="24"/>
        </w:rPr>
        <w:t>________________________________________</w:t>
      </w:r>
    </w:p>
    <w:p w14:paraId="3C64D8AD" w14:textId="66D64058" w:rsidR="0089263C" w:rsidRPr="00884D9E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84D9E">
        <w:rPr>
          <w:rFonts w:ascii="Montserrat" w:hAnsi="Montserrat"/>
          <w:color w:val="002060"/>
          <w:sz w:val="24"/>
          <w:szCs w:val="24"/>
        </w:rPr>
        <w:t>____________________________________________</w:t>
      </w:r>
      <w:r w:rsidR="00884D9E">
        <w:rPr>
          <w:rFonts w:ascii="Montserrat" w:hAnsi="Montserrat"/>
          <w:color w:val="002060"/>
          <w:sz w:val="24"/>
          <w:szCs w:val="24"/>
        </w:rPr>
        <w:t>________________________________________</w:t>
      </w:r>
    </w:p>
    <w:p w14:paraId="03D94210" w14:textId="77777777" w:rsidR="0089263C" w:rsidRPr="0089263C" w:rsidRDefault="0089263C" w:rsidP="0089263C">
      <w:pPr>
        <w:rPr>
          <w:rFonts w:ascii="Montserrat" w:hAnsi="Montserrat"/>
          <w:color w:val="002060"/>
          <w:sz w:val="32"/>
          <w:szCs w:val="32"/>
        </w:rPr>
      </w:pPr>
    </w:p>
    <w:p w14:paraId="40C811CA" w14:textId="77777777" w:rsidR="0089263C" w:rsidRPr="00884D9E" w:rsidRDefault="0089263C" w:rsidP="0089263C">
      <w:pPr>
        <w:rPr>
          <w:rFonts w:ascii="Montserrat" w:hAnsi="Montserrat"/>
          <w:b/>
          <w:bCs/>
          <w:color w:val="002060"/>
          <w:sz w:val="32"/>
          <w:szCs w:val="32"/>
        </w:rPr>
      </w:pPr>
      <w:r w:rsidRPr="00884D9E">
        <w:rPr>
          <w:rFonts w:ascii="Montserrat" w:hAnsi="Montserrat"/>
          <w:b/>
          <w:bCs/>
          <w:color w:val="002060"/>
          <w:sz w:val="32"/>
          <w:szCs w:val="32"/>
        </w:rPr>
        <w:t>Final Application</w:t>
      </w:r>
    </w:p>
    <w:p w14:paraId="565F5224" w14:textId="77777777" w:rsidR="0089263C" w:rsidRPr="00884D9E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84D9E">
        <w:rPr>
          <w:rFonts w:ascii="Montserrat" w:hAnsi="Montserrat"/>
          <w:color w:val="002060"/>
          <w:sz w:val="24"/>
          <w:szCs w:val="24"/>
        </w:rPr>
        <w:t>Think of a problem that keeps landing on your desk.</w:t>
      </w:r>
    </w:p>
    <w:p w14:paraId="030EEE63" w14:textId="4CA4E038" w:rsidR="0089263C" w:rsidRPr="00884D9E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84D9E">
        <w:rPr>
          <w:rFonts w:ascii="Montserrat" w:hAnsi="Montserrat"/>
          <w:color w:val="002060"/>
          <w:sz w:val="24"/>
          <w:szCs w:val="24"/>
        </w:rPr>
        <w:t>Who actually owns this problem?</w:t>
      </w:r>
      <w:r w:rsidR="00884D9E">
        <w:rPr>
          <w:rFonts w:ascii="Montserrat" w:hAnsi="Montserrat"/>
          <w:color w:val="002060"/>
          <w:sz w:val="24"/>
          <w:szCs w:val="24"/>
        </w:rPr>
        <w:t xml:space="preserve"> </w:t>
      </w:r>
      <w:r w:rsidRPr="00884D9E">
        <w:rPr>
          <w:rFonts w:ascii="Montserrat" w:hAnsi="Montserrat"/>
          <w:color w:val="002060"/>
          <w:sz w:val="24"/>
          <w:szCs w:val="24"/>
        </w:rPr>
        <w:t>____________________________________________</w:t>
      </w:r>
      <w:r w:rsidR="00884D9E">
        <w:rPr>
          <w:rFonts w:ascii="Montserrat" w:hAnsi="Montserrat"/>
          <w:color w:val="002060"/>
          <w:sz w:val="24"/>
          <w:szCs w:val="24"/>
        </w:rPr>
        <w:t>_____</w:t>
      </w:r>
    </w:p>
    <w:p w14:paraId="1C2A4CDE" w14:textId="5E1AD6F3" w:rsidR="0089263C" w:rsidRPr="00884D9E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84D9E">
        <w:rPr>
          <w:rFonts w:ascii="Montserrat" w:hAnsi="Montserrat"/>
          <w:color w:val="002060"/>
          <w:sz w:val="24"/>
          <w:szCs w:val="24"/>
        </w:rPr>
        <w:t>Am I helping solve it or accidentally hanging on to ownership?</w:t>
      </w:r>
    </w:p>
    <w:p w14:paraId="1DD3AEE0" w14:textId="2CEE0708" w:rsidR="0089263C" w:rsidRPr="00884D9E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84D9E">
        <w:rPr>
          <w:rFonts w:ascii="Montserrat" w:hAnsi="Montserrat"/>
          <w:color w:val="002060"/>
          <w:sz w:val="24"/>
          <w:szCs w:val="24"/>
        </w:rPr>
        <w:t>____________________________________________</w:t>
      </w:r>
      <w:r w:rsidR="00884D9E">
        <w:rPr>
          <w:rFonts w:ascii="Montserrat" w:hAnsi="Montserrat"/>
          <w:color w:val="002060"/>
          <w:sz w:val="24"/>
          <w:szCs w:val="24"/>
        </w:rPr>
        <w:t>________________________________________</w:t>
      </w:r>
    </w:p>
    <w:p w14:paraId="66D3F89C" w14:textId="46B501BE" w:rsidR="0089263C" w:rsidRPr="00884D9E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84D9E">
        <w:rPr>
          <w:rFonts w:ascii="Montserrat" w:hAnsi="Montserrat"/>
          <w:color w:val="002060"/>
          <w:sz w:val="24"/>
          <w:szCs w:val="24"/>
        </w:rPr>
        <w:t>What question could I ask instead of providing the answer?</w:t>
      </w:r>
    </w:p>
    <w:p w14:paraId="6CF5738D" w14:textId="320C3707" w:rsidR="0089263C" w:rsidRPr="00884D9E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84D9E">
        <w:rPr>
          <w:rFonts w:ascii="Montserrat" w:hAnsi="Montserrat"/>
          <w:color w:val="002060"/>
          <w:sz w:val="24"/>
          <w:szCs w:val="24"/>
        </w:rPr>
        <w:t>____________________________________________</w:t>
      </w:r>
      <w:r w:rsidR="00884D9E">
        <w:rPr>
          <w:rFonts w:ascii="Montserrat" w:hAnsi="Montserrat"/>
          <w:color w:val="002060"/>
          <w:sz w:val="24"/>
          <w:szCs w:val="24"/>
        </w:rPr>
        <w:t>________________________________________</w:t>
      </w:r>
    </w:p>
    <w:p w14:paraId="1F5EE43B" w14:textId="77777777" w:rsidR="0089263C" w:rsidRPr="00884D9E" w:rsidRDefault="0089263C" w:rsidP="0089263C">
      <w:pPr>
        <w:rPr>
          <w:rFonts w:ascii="Montserrat" w:hAnsi="Montserrat"/>
          <w:color w:val="002060"/>
          <w:sz w:val="24"/>
          <w:szCs w:val="24"/>
        </w:rPr>
      </w:pPr>
    </w:p>
    <w:p w14:paraId="72444277" w14:textId="77777777" w:rsidR="0089263C" w:rsidRDefault="0089263C" w:rsidP="0089263C">
      <w:pPr>
        <w:rPr>
          <w:rFonts w:ascii="Montserrat" w:hAnsi="Montserrat"/>
          <w:color w:val="002060"/>
          <w:sz w:val="32"/>
          <w:szCs w:val="32"/>
        </w:rPr>
      </w:pPr>
    </w:p>
    <w:p w14:paraId="2193AE93" w14:textId="77777777" w:rsidR="00884D9E" w:rsidRDefault="00884D9E" w:rsidP="0089263C">
      <w:pPr>
        <w:rPr>
          <w:rFonts w:ascii="Montserrat" w:hAnsi="Montserrat"/>
          <w:color w:val="002060"/>
          <w:sz w:val="32"/>
          <w:szCs w:val="32"/>
        </w:rPr>
      </w:pPr>
    </w:p>
    <w:p w14:paraId="562AA9E4" w14:textId="77777777" w:rsidR="00884D9E" w:rsidRDefault="00884D9E" w:rsidP="0089263C">
      <w:pPr>
        <w:rPr>
          <w:rFonts w:ascii="Montserrat" w:hAnsi="Montserrat"/>
          <w:color w:val="002060"/>
          <w:sz w:val="32"/>
          <w:szCs w:val="32"/>
        </w:rPr>
      </w:pPr>
    </w:p>
    <w:p w14:paraId="33A65054" w14:textId="77777777" w:rsidR="00884D9E" w:rsidRDefault="00884D9E" w:rsidP="0089263C">
      <w:pPr>
        <w:rPr>
          <w:rFonts w:ascii="Montserrat" w:hAnsi="Montserrat"/>
          <w:color w:val="002060"/>
          <w:sz w:val="32"/>
          <w:szCs w:val="32"/>
        </w:rPr>
      </w:pPr>
    </w:p>
    <w:p w14:paraId="3E698E14" w14:textId="77777777" w:rsidR="00884D9E" w:rsidRDefault="00884D9E" w:rsidP="0089263C">
      <w:pPr>
        <w:rPr>
          <w:rFonts w:ascii="Montserrat" w:hAnsi="Montserrat"/>
          <w:color w:val="002060"/>
          <w:sz w:val="32"/>
          <w:szCs w:val="32"/>
        </w:rPr>
      </w:pPr>
    </w:p>
    <w:p w14:paraId="2AFE6DA3" w14:textId="77777777" w:rsidR="00884D9E" w:rsidRDefault="00884D9E" w:rsidP="0089263C">
      <w:pPr>
        <w:rPr>
          <w:rFonts w:ascii="Montserrat" w:hAnsi="Montserrat"/>
          <w:color w:val="002060"/>
          <w:sz w:val="32"/>
          <w:szCs w:val="32"/>
        </w:rPr>
      </w:pPr>
    </w:p>
    <w:p w14:paraId="69386396" w14:textId="77777777" w:rsidR="00884D9E" w:rsidRDefault="00884D9E" w:rsidP="0089263C">
      <w:pPr>
        <w:rPr>
          <w:rFonts w:ascii="Montserrat" w:hAnsi="Montserrat"/>
          <w:color w:val="002060"/>
          <w:sz w:val="32"/>
          <w:szCs w:val="32"/>
        </w:rPr>
      </w:pPr>
    </w:p>
    <w:p w14:paraId="545024AF" w14:textId="77777777" w:rsidR="00884D9E" w:rsidRDefault="00884D9E" w:rsidP="0089263C">
      <w:pPr>
        <w:rPr>
          <w:rFonts w:ascii="Montserrat" w:hAnsi="Montserrat"/>
          <w:color w:val="002060"/>
          <w:sz w:val="32"/>
          <w:szCs w:val="32"/>
        </w:rPr>
      </w:pPr>
    </w:p>
    <w:p w14:paraId="7EE01C55" w14:textId="77777777" w:rsidR="00884D9E" w:rsidRDefault="00884D9E" w:rsidP="0089263C">
      <w:pPr>
        <w:rPr>
          <w:rFonts w:ascii="Montserrat" w:hAnsi="Montserrat"/>
          <w:color w:val="002060"/>
          <w:sz w:val="32"/>
          <w:szCs w:val="32"/>
        </w:rPr>
      </w:pPr>
    </w:p>
    <w:p w14:paraId="39F1B535" w14:textId="77777777" w:rsidR="00884D9E" w:rsidRPr="0089263C" w:rsidRDefault="00884D9E" w:rsidP="0089263C">
      <w:pPr>
        <w:rPr>
          <w:rFonts w:ascii="Montserrat" w:hAnsi="Montserrat"/>
          <w:color w:val="002060"/>
          <w:sz w:val="32"/>
          <w:szCs w:val="32"/>
        </w:rPr>
      </w:pPr>
    </w:p>
    <w:p w14:paraId="3FB6CEFC" w14:textId="77777777" w:rsidR="0089263C" w:rsidRPr="00884D9E" w:rsidRDefault="0089263C" w:rsidP="00884D9E">
      <w:pPr>
        <w:jc w:val="center"/>
        <w:rPr>
          <w:rFonts w:ascii="Montserrat" w:hAnsi="Montserrat"/>
          <w:b/>
          <w:bCs/>
          <w:color w:val="002060"/>
          <w:sz w:val="32"/>
          <w:szCs w:val="32"/>
        </w:rPr>
      </w:pPr>
      <w:r w:rsidRPr="00884D9E">
        <w:rPr>
          <w:rFonts w:ascii="Montserrat" w:hAnsi="Montserrat"/>
          <w:b/>
          <w:bCs/>
          <w:color w:val="002060"/>
          <w:sz w:val="32"/>
          <w:szCs w:val="32"/>
        </w:rPr>
        <w:t>One-Page Summary</w:t>
      </w:r>
    </w:p>
    <w:p w14:paraId="632F67D8" w14:textId="77777777" w:rsidR="0089263C" w:rsidRPr="00884D9E" w:rsidRDefault="0089263C" w:rsidP="0089263C">
      <w:pPr>
        <w:rPr>
          <w:rFonts w:ascii="Montserrat" w:hAnsi="Montserrat"/>
          <w:b/>
          <w:bCs/>
          <w:color w:val="002060"/>
          <w:sz w:val="24"/>
          <w:szCs w:val="24"/>
        </w:rPr>
      </w:pPr>
      <w:r w:rsidRPr="00884D9E">
        <w:rPr>
          <w:rFonts w:ascii="Montserrat" w:hAnsi="Montserrat"/>
          <w:b/>
          <w:bCs/>
          <w:color w:val="002060"/>
          <w:sz w:val="24"/>
          <w:szCs w:val="24"/>
        </w:rPr>
        <w:t>THE PROBLEM-SOLVING PARADOX</w:t>
      </w:r>
    </w:p>
    <w:p w14:paraId="6DC78971" w14:textId="77777777" w:rsidR="0089263C" w:rsidRPr="00884D9E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84D9E">
        <w:rPr>
          <w:rFonts w:ascii="Montserrat" w:hAnsi="Montserrat"/>
          <w:color w:val="002060"/>
          <w:sz w:val="24"/>
          <w:szCs w:val="24"/>
        </w:rPr>
        <w:t>The more problems you solve FOR people...</w:t>
      </w:r>
    </w:p>
    <w:p w14:paraId="1AF0954F" w14:textId="77777777" w:rsidR="0089263C" w:rsidRPr="00884D9E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84D9E">
        <w:rPr>
          <w:rFonts w:ascii="Montserrat" w:hAnsi="Montserrat"/>
          <w:color w:val="002060"/>
          <w:sz w:val="24"/>
          <w:szCs w:val="24"/>
        </w:rPr>
        <w:t>...the fewer problems they learn to solve WITHOUT you.</w:t>
      </w:r>
    </w:p>
    <w:p w14:paraId="1A9CC8D9" w14:textId="77777777" w:rsidR="0089263C" w:rsidRPr="00884D9E" w:rsidRDefault="0089263C" w:rsidP="0089263C">
      <w:pPr>
        <w:rPr>
          <w:rFonts w:ascii="Montserrat" w:hAnsi="Montserrat"/>
          <w:color w:val="002060"/>
          <w:sz w:val="24"/>
          <w:szCs w:val="24"/>
        </w:rPr>
      </w:pPr>
    </w:p>
    <w:p w14:paraId="0BD1FBCF" w14:textId="77777777" w:rsidR="0089263C" w:rsidRPr="00884D9E" w:rsidRDefault="0089263C" w:rsidP="0089263C">
      <w:pPr>
        <w:rPr>
          <w:rFonts w:ascii="Montserrat" w:hAnsi="Montserrat"/>
          <w:b/>
          <w:bCs/>
          <w:color w:val="002060"/>
          <w:sz w:val="24"/>
          <w:szCs w:val="24"/>
        </w:rPr>
      </w:pPr>
      <w:r w:rsidRPr="00884D9E">
        <w:rPr>
          <w:rFonts w:ascii="Montserrat" w:hAnsi="Montserrat"/>
          <w:b/>
          <w:bCs/>
          <w:color w:val="002060"/>
          <w:sz w:val="24"/>
          <w:szCs w:val="24"/>
        </w:rPr>
        <w:t>DELIBERATE DOUBT</w:t>
      </w:r>
    </w:p>
    <w:p w14:paraId="0D1ACBC7" w14:textId="77777777" w:rsidR="0089263C" w:rsidRPr="00884D9E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84D9E">
        <w:rPr>
          <w:rFonts w:ascii="Montserrat" w:hAnsi="Montserrat"/>
          <w:color w:val="002060"/>
          <w:sz w:val="24"/>
          <w:szCs w:val="24"/>
        </w:rPr>
        <w:t>The practice of temporarily suspending certainty long enough for better thinking to emerge.</w:t>
      </w:r>
    </w:p>
    <w:p w14:paraId="58084F8F" w14:textId="77777777" w:rsidR="0089263C" w:rsidRPr="00884D9E" w:rsidRDefault="0089263C" w:rsidP="0089263C">
      <w:pPr>
        <w:rPr>
          <w:rFonts w:ascii="Montserrat" w:hAnsi="Montserrat"/>
          <w:color w:val="002060"/>
          <w:sz w:val="24"/>
          <w:szCs w:val="24"/>
        </w:rPr>
      </w:pPr>
    </w:p>
    <w:p w14:paraId="51E0F89D" w14:textId="77777777" w:rsidR="0089263C" w:rsidRPr="00884D9E" w:rsidRDefault="0089263C" w:rsidP="0089263C">
      <w:pPr>
        <w:rPr>
          <w:rFonts w:ascii="Montserrat" w:hAnsi="Montserrat"/>
          <w:b/>
          <w:bCs/>
          <w:color w:val="002060"/>
          <w:sz w:val="24"/>
          <w:szCs w:val="24"/>
        </w:rPr>
      </w:pPr>
      <w:r w:rsidRPr="00884D9E">
        <w:rPr>
          <w:rFonts w:ascii="Montserrat" w:hAnsi="Montserrat"/>
          <w:b/>
          <w:bCs/>
          <w:color w:val="002060"/>
          <w:sz w:val="24"/>
          <w:szCs w:val="24"/>
        </w:rPr>
        <w:t>QUESTIONS THAT BUILD THINKING</w:t>
      </w:r>
    </w:p>
    <w:p w14:paraId="495C98A5" w14:textId="5DB120B5" w:rsidR="0089263C" w:rsidRPr="00884D9E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84D9E">
        <w:rPr>
          <w:rFonts w:ascii="Montserrat" w:hAnsi="Montserrat"/>
          <w:color w:val="002060"/>
          <w:sz w:val="24"/>
          <w:szCs w:val="24"/>
        </w:rPr>
        <w:t>• Clarify</w:t>
      </w:r>
      <w:r w:rsidR="00884D9E">
        <w:rPr>
          <w:rFonts w:ascii="Montserrat" w:hAnsi="Montserrat"/>
          <w:color w:val="002060"/>
          <w:sz w:val="24"/>
          <w:szCs w:val="24"/>
        </w:rPr>
        <w:t xml:space="preserve"> - </w:t>
      </w:r>
      <w:r w:rsidR="00884D9E" w:rsidRPr="00884D9E">
        <w:rPr>
          <w:rFonts w:ascii="Montserrat" w:hAnsi="Montserrat"/>
          <w:color w:val="002060"/>
          <w:sz w:val="24"/>
          <w:szCs w:val="24"/>
        </w:rPr>
        <w:t>What’s the real challenge here?</w:t>
      </w:r>
    </w:p>
    <w:p w14:paraId="186487A8" w14:textId="77777777" w:rsidR="00884D9E" w:rsidRPr="00884D9E" w:rsidRDefault="0089263C" w:rsidP="00884D9E">
      <w:pPr>
        <w:rPr>
          <w:rFonts w:ascii="Montserrat" w:hAnsi="Montserrat"/>
          <w:color w:val="002060"/>
        </w:rPr>
      </w:pPr>
      <w:r w:rsidRPr="00884D9E">
        <w:rPr>
          <w:rFonts w:ascii="Montserrat" w:hAnsi="Montserrat"/>
          <w:color w:val="002060"/>
          <w:sz w:val="24"/>
          <w:szCs w:val="24"/>
        </w:rPr>
        <w:t>• Expand</w:t>
      </w:r>
      <w:r w:rsidR="00884D9E">
        <w:rPr>
          <w:rFonts w:ascii="Montserrat" w:hAnsi="Montserrat"/>
          <w:color w:val="002060"/>
          <w:sz w:val="24"/>
          <w:szCs w:val="24"/>
        </w:rPr>
        <w:t xml:space="preserve"> - </w:t>
      </w:r>
      <w:r w:rsidR="00884D9E" w:rsidRPr="00884D9E">
        <w:rPr>
          <w:rFonts w:ascii="Montserrat" w:hAnsi="Montserrat"/>
          <w:color w:val="002060"/>
        </w:rPr>
        <w:t>What options have you considered?</w:t>
      </w:r>
    </w:p>
    <w:p w14:paraId="6BEFEDE9" w14:textId="0802416C" w:rsidR="0089263C" w:rsidRPr="00884D9E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84D9E">
        <w:rPr>
          <w:rFonts w:ascii="Montserrat" w:hAnsi="Montserrat"/>
          <w:color w:val="002060"/>
          <w:sz w:val="24"/>
          <w:szCs w:val="24"/>
        </w:rPr>
        <w:t>• Transfer Ownership</w:t>
      </w:r>
      <w:r w:rsidR="00884D9E">
        <w:rPr>
          <w:rFonts w:ascii="Montserrat" w:hAnsi="Montserrat"/>
          <w:color w:val="002060"/>
          <w:sz w:val="24"/>
          <w:szCs w:val="24"/>
        </w:rPr>
        <w:t xml:space="preserve"> - </w:t>
      </w:r>
      <w:r w:rsidR="00884D9E" w:rsidRPr="00884D9E">
        <w:rPr>
          <w:rFonts w:ascii="Montserrat" w:hAnsi="Montserrat"/>
          <w:color w:val="002060"/>
          <w:sz w:val="24"/>
          <w:szCs w:val="24"/>
        </w:rPr>
        <w:t>What do you think is the best next step?</w:t>
      </w:r>
    </w:p>
    <w:p w14:paraId="6E86E5BA" w14:textId="691890D0" w:rsidR="0089263C" w:rsidRPr="00884D9E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84D9E">
        <w:rPr>
          <w:rFonts w:ascii="Montserrat" w:hAnsi="Montserrat"/>
          <w:color w:val="002060"/>
          <w:sz w:val="24"/>
          <w:szCs w:val="24"/>
        </w:rPr>
        <w:t>• Strengthen Thinking</w:t>
      </w:r>
      <w:r w:rsidR="00884D9E">
        <w:rPr>
          <w:rFonts w:ascii="Montserrat" w:hAnsi="Montserrat"/>
          <w:color w:val="002060"/>
          <w:sz w:val="24"/>
          <w:szCs w:val="24"/>
        </w:rPr>
        <w:t xml:space="preserve"> - </w:t>
      </w:r>
      <w:r w:rsidR="00884D9E" w:rsidRPr="00884D9E">
        <w:rPr>
          <w:rFonts w:ascii="Montserrat" w:hAnsi="Montserrat"/>
          <w:color w:val="002060"/>
          <w:sz w:val="24"/>
          <w:szCs w:val="24"/>
        </w:rPr>
        <w:t>What might get in the way?</w:t>
      </w:r>
    </w:p>
    <w:p w14:paraId="4827EFF4" w14:textId="77777777" w:rsidR="0089263C" w:rsidRPr="00884D9E" w:rsidRDefault="0089263C" w:rsidP="0089263C">
      <w:pPr>
        <w:rPr>
          <w:rFonts w:ascii="Montserrat" w:hAnsi="Montserrat"/>
          <w:color w:val="002060"/>
          <w:sz w:val="24"/>
          <w:szCs w:val="24"/>
        </w:rPr>
      </w:pPr>
    </w:p>
    <w:p w14:paraId="3F2D4652" w14:textId="69F2EED5" w:rsidR="0089263C" w:rsidRPr="00884D9E" w:rsidRDefault="0089263C" w:rsidP="0089263C">
      <w:pPr>
        <w:rPr>
          <w:rFonts w:ascii="Montserrat" w:hAnsi="Montserrat"/>
          <w:b/>
          <w:bCs/>
          <w:color w:val="002060"/>
          <w:sz w:val="24"/>
          <w:szCs w:val="24"/>
        </w:rPr>
      </w:pPr>
      <w:r w:rsidRPr="00884D9E">
        <w:rPr>
          <w:rFonts w:ascii="Montserrat" w:hAnsi="Montserrat"/>
          <w:b/>
          <w:bCs/>
          <w:color w:val="002060"/>
          <w:sz w:val="24"/>
          <w:szCs w:val="24"/>
        </w:rPr>
        <w:t>REMEMBER</w:t>
      </w:r>
      <w:r w:rsidR="00884D9E">
        <w:rPr>
          <w:rFonts w:ascii="Montserrat" w:hAnsi="Montserrat"/>
          <w:b/>
          <w:bCs/>
          <w:color w:val="002060"/>
          <w:sz w:val="24"/>
          <w:szCs w:val="24"/>
        </w:rPr>
        <w:t>:</w:t>
      </w:r>
    </w:p>
    <w:p w14:paraId="7CB081C6" w14:textId="77777777" w:rsidR="00884D9E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84D9E">
        <w:rPr>
          <w:rFonts w:ascii="Montserrat" w:hAnsi="Montserrat"/>
          <w:color w:val="002060"/>
          <w:sz w:val="24"/>
          <w:szCs w:val="24"/>
        </w:rPr>
        <w:t>Solve when the situation needs your expertise.</w:t>
      </w:r>
      <w:r w:rsidR="00884D9E">
        <w:rPr>
          <w:rFonts w:ascii="Montserrat" w:hAnsi="Montserrat"/>
          <w:color w:val="002060"/>
          <w:sz w:val="24"/>
          <w:szCs w:val="24"/>
        </w:rPr>
        <w:t xml:space="preserve"> </w:t>
      </w:r>
    </w:p>
    <w:p w14:paraId="5FA57EED" w14:textId="5BAC511C" w:rsidR="0089263C" w:rsidRPr="00884D9E" w:rsidRDefault="0089263C" w:rsidP="0089263C">
      <w:pPr>
        <w:rPr>
          <w:rFonts w:ascii="Montserrat" w:hAnsi="Montserrat"/>
          <w:color w:val="002060"/>
          <w:sz w:val="24"/>
          <w:szCs w:val="24"/>
        </w:rPr>
      </w:pPr>
      <w:r w:rsidRPr="00884D9E">
        <w:rPr>
          <w:rFonts w:ascii="Montserrat" w:hAnsi="Montserrat"/>
          <w:color w:val="002060"/>
          <w:sz w:val="24"/>
          <w:szCs w:val="24"/>
        </w:rPr>
        <w:t>Ask when the person needs to build theirs.</w:t>
      </w:r>
    </w:p>
    <w:p w14:paraId="049DDCF2" w14:textId="68BABDBD" w:rsidR="003F66BB" w:rsidRPr="00884D9E" w:rsidRDefault="003F66BB" w:rsidP="0089263C">
      <w:pPr>
        <w:rPr>
          <w:rFonts w:ascii="Montserrat" w:hAnsi="Montserrat"/>
          <w:color w:val="002060"/>
          <w:sz w:val="24"/>
          <w:szCs w:val="24"/>
        </w:rPr>
      </w:pPr>
    </w:p>
    <w:sectPr w:rsidR="003F66BB" w:rsidRPr="00884D9E" w:rsidSect="000F47D7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altName w:val="Montserrat Roman"/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F607B0C"/>
    <w:multiLevelType w:val="hybridMultilevel"/>
    <w:tmpl w:val="B8DC4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B07B03"/>
    <w:multiLevelType w:val="hybridMultilevel"/>
    <w:tmpl w:val="E5FCA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E2F77"/>
    <w:multiLevelType w:val="hybridMultilevel"/>
    <w:tmpl w:val="4D007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5A3FAC"/>
    <w:multiLevelType w:val="hybridMultilevel"/>
    <w:tmpl w:val="E5324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054568"/>
    <w:multiLevelType w:val="hybridMultilevel"/>
    <w:tmpl w:val="D26AC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DF36CC"/>
    <w:multiLevelType w:val="hybridMultilevel"/>
    <w:tmpl w:val="DC46189E"/>
    <w:lvl w:ilvl="0" w:tplc="4DA656F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6895466">
    <w:abstractNumId w:val="8"/>
  </w:num>
  <w:num w:numId="2" w16cid:durableId="1903755969">
    <w:abstractNumId w:val="6"/>
  </w:num>
  <w:num w:numId="3" w16cid:durableId="550383162">
    <w:abstractNumId w:val="5"/>
  </w:num>
  <w:num w:numId="4" w16cid:durableId="260601308">
    <w:abstractNumId w:val="4"/>
  </w:num>
  <w:num w:numId="5" w16cid:durableId="1256593209">
    <w:abstractNumId w:val="7"/>
  </w:num>
  <w:num w:numId="6" w16cid:durableId="1891456994">
    <w:abstractNumId w:val="3"/>
  </w:num>
  <w:num w:numId="7" w16cid:durableId="1746607628">
    <w:abstractNumId w:val="2"/>
  </w:num>
  <w:num w:numId="8" w16cid:durableId="1924684894">
    <w:abstractNumId w:val="1"/>
  </w:num>
  <w:num w:numId="9" w16cid:durableId="241574756">
    <w:abstractNumId w:val="0"/>
  </w:num>
  <w:num w:numId="10" w16cid:durableId="1149205619">
    <w:abstractNumId w:val="10"/>
  </w:num>
  <w:num w:numId="11" w16cid:durableId="1709451946">
    <w:abstractNumId w:val="14"/>
  </w:num>
  <w:num w:numId="12" w16cid:durableId="1884709674">
    <w:abstractNumId w:val="9"/>
  </w:num>
  <w:num w:numId="13" w16cid:durableId="1134908926">
    <w:abstractNumId w:val="12"/>
  </w:num>
  <w:num w:numId="14" w16cid:durableId="1417480703">
    <w:abstractNumId w:val="13"/>
  </w:num>
  <w:num w:numId="15" w16cid:durableId="19756722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75AC"/>
    <w:rsid w:val="0006063C"/>
    <w:rsid w:val="000D1C7C"/>
    <w:rsid w:val="000F47D7"/>
    <w:rsid w:val="0014270B"/>
    <w:rsid w:val="0015074B"/>
    <w:rsid w:val="002016AE"/>
    <w:rsid w:val="00237F0F"/>
    <w:rsid w:val="0029639D"/>
    <w:rsid w:val="00326F90"/>
    <w:rsid w:val="003B1AAC"/>
    <w:rsid w:val="003E39B5"/>
    <w:rsid w:val="003F66BB"/>
    <w:rsid w:val="005019E8"/>
    <w:rsid w:val="006B1F66"/>
    <w:rsid w:val="007F0049"/>
    <w:rsid w:val="00851B34"/>
    <w:rsid w:val="00884D9E"/>
    <w:rsid w:val="0089263C"/>
    <w:rsid w:val="008A2EA3"/>
    <w:rsid w:val="00AA1D8D"/>
    <w:rsid w:val="00B47730"/>
    <w:rsid w:val="00CA2E7A"/>
    <w:rsid w:val="00CB0664"/>
    <w:rsid w:val="00CB537D"/>
    <w:rsid w:val="00CB7A2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D86F18"/>
  <w14:defaultImageDpi w14:val="300"/>
  <w15:docId w15:val="{8202A96C-ADCB-4BF2-AF40-66CD83DB1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CA2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801</Words>
  <Characters>4568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Ali Atkison</cp:lastModifiedBy>
  <cp:revision>4</cp:revision>
  <cp:lastPrinted>2026-05-04T13:22:00Z</cp:lastPrinted>
  <dcterms:created xsi:type="dcterms:W3CDTF">2026-07-23T13:26:00Z</dcterms:created>
  <dcterms:modified xsi:type="dcterms:W3CDTF">2026-07-23T14:52:00Z</dcterms:modified>
  <cp:category/>
</cp:coreProperties>
</file>